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6F1CA" w14:textId="77777777" w:rsidR="00F9245E" w:rsidRDefault="00936527">
      <w:pPr>
        <w:jc w:val="center"/>
        <w:rPr>
          <w:b/>
          <w:sz w:val="28"/>
        </w:rPr>
      </w:pPr>
      <w:r>
        <w:rPr>
          <w:b/>
          <w:sz w:val="36"/>
        </w:rPr>
        <w:t>2026 Dressage Qualifying Riders</w:t>
      </w:r>
      <w:r>
        <w:rPr>
          <w:b/>
          <w:sz w:val="36"/>
        </w:rPr>
        <w:br/>
      </w:r>
      <w:r>
        <w:rPr>
          <w:b/>
          <w:sz w:val="28"/>
        </w:rPr>
        <w:t>Qualifying Riders by Division — Two Scores Required</w:t>
      </w:r>
    </w:p>
    <w:p w14:paraId="1A503717" w14:textId="63D1A6B6" w:rsidR="00322A55" w:rsidRPr="00322A55" w:rsidRDefault="00322A55" w:rsidP="00322A55">
      <w:pPr>
        <w:spacing w:after="0"/>
        <w:jc w:val="center"/>
        <w:rPr>
          <w:bCs/>
          <w:sz w:val="24"/>
          <w:szCs w:val="20"/>
        </w:rPr>
      </w:pPr>
      <w:r w:rsidRPr="00322A55">
        <w:rPr>
          <w:bCs/>
          <w:sz w:val="24"/>
          <w:szCs w:val="20"/>
        </w:rPr>
        <w:t>Introductory Level B or C – 64% or above</w:t>
      </w:r>
    </w:p>
    <w:p w14:paraId="71036518" w14:textId="4630D483" w:rsidR="00322A55" w:rsidRPr="00322A55" w:rsidRDefault="00322A55" w:rsidP="00322A55">
      <w:pPr>
        <w:spacing w:after="0"/>
        <w:jc w:val="center"/>
        <w:rPr>
          <w:bCs/>
          <w:sz w:val="24"/>
          <w:szCs w:val="20"/>
        </w:rPr>
      </w:pPr>
      <w:r w:rsidRPr="00322A55">
        <w:rPr>
          <w:bCs/>
          <w:sz w:val="24"/>
          <w:szCs w:val="20"/>
        </w:rPr>
        <w:t>Training Level 2 or 3 - 64% or above</w:t>
      </w:r>
    </w:p>
    <w:p w14:paraId="1DBE685C" w14:textId="0AB86309" w:rsidR="00322A55" w:rsidRPr="00322A55" w:rsidRDefault="00322A55" w:rsidP="00322A55">
      <w:pPr>
        <w:spacing w:after="0"/>
        <w:jc w:val="center"/>
        <w:rPr>
          <w:bCs/>
          <w:sz w:val="24"/>
          <w:szCs w:val="20"/>
        </w:rPr>
      </w:pPr>
      <w:r w:rsidRPr="00322A55">
        <w:rPr>
          <w:bCs/>
          <w:sz w:val="24"/>
          <w:szCs w:val="20"/>
        </w:rPr>
        <w:t>First-4</w:t>
      </w:r>
      <w:r w:rsidRPr="00322A55">
        <w:rPr>
          <w:bCs/>
          <w:sz w:val="24"/>
          <w:szCs w:val="20"/>
          <w:vertAlign w:val="superscript"/>
        </w:rPr>
        <w:t>th</w:t>
      </w:r>
      <w:r w:rsidRPr="00322A55">
        <w:rPr>
          <w:bCs/>
          <w:sz w:val="24"/>
          <w:szCs w:val="20"/>
        </w:rPr>
        <w:t xml:space="preserve"> Level 2 or 3 – 60% or above</w:t>
      </w:r>
    </w:p>
    <w:p w14:paraId="702A5990" w14:textId="758229A7" w:rsidR="00322A55" w:rsidRPr="00322A55" w:rsidRDefault="00322A55" w:rsidP="00322A55">
      <w:pPr>
        <w:spacing w:after="0"/>
        <w:jc w:val="center"/>
        <w:rPr>
          <w:bCs/>
          <w:sz w:val="24"/>
          <w:szCs w:val="20"/>
        </w:rPr>
      </w:pPr>
      <w:r w:rsidRPr="00322A55">
        <w:rPr>
          <w:bCs/>
          <w:sz w:val="24"/>
          <w:szCs w:val="20"/>
        </w:rPr>
        <w:t>FEI Level TOC - 60% or above</w:t>
      </w:r>
    </w:p>
    <w:p w14:paraId="10005443" w14:textId="0BEE96FC" w:rsidR="00322A55" w:rsidRPr="00322A55" w:rsidRDefault="00322A55" w:rsidP="00322A55">
      <w:pPr>
        <w:spacing w:after="0"/>
        <w:jc w:val="center"/>
        <w:rPr>
          <w:bCs/>
          <w:sz w:val="24"/>
          <w:szCs w:val="20"/>
        </w:rPr>
      </w:pPr>
      <w:r w:rsidRPr="00322A55">
        <w:rPr>
          <w:bCs/>
          <w:sz w:val="24"/>
          <w:szCs w:val="20"/>
        </w:rPr>
        <w:t xml:space="preserve">USEA </w:t>
      </w:r>
      <w:proofErr w:type="spellStart"/>
      <w:r w:rsidRPr="00322A55">
        <w:rPr>
          <w:bCs/>
          <w:sz w:val="24"/>
          <w:szCs w:val="20"/>
        </w:rPr>
        <w:t>Eventing</w:t>
      </w:r>
      <w:proofErr w:type="spellEnd"/>
      <w:r w:rsidRPr="00322A55">
        <w:rPr>
          <w:bCs/>
          <w:sz w:val="24"/>
          <w:szCs w:val="20"/>
        </w:rPr>
        <w:t xml:space="preserve"> Level of Choice Test A - 60% or above</w:t>
      </w:r>
    </w:p>
    <w:p w14:paraId="69F8D800" w14:textId="57D3DDF8" w:rsidR="00322A55" w:rsidRPr="00322A55" w:rsidRDefault="00322A55" w:rsidP="00322A55">
      <w:pPr>
        <w:spacing w:after="0"/>
        <w:jc w:val="center"/>
        <w:rPr>
          <w:bCs/>
          <w:sz w:val="20"/>
          <w:szCs w:val="20"/>
        </w:rPr>
      </w:pPr>
      <w:r w:rsidRPr="00322A55">
        <w:rPr>
          <w:bCs/>
          <w:sz w:val="24"/>
          <w:szCs w:val="20"/>
        </w:rPr>
        <w:t>WDAA Level Test of Choice - 60% or above</w:t>
      </w:r>
    </w:p>
    <w:p w14:paraId="11008054" w14:textId="77777777" w:rsidR="00F9245E" w:rsidRDefault="00936527">
      <w:pPr>
        <w:pStyle w:val="Heading2"/>
      </w:pPr>
      <w:r>
        <w:t>Qualifying Riders</w:t>
      </w:r>
    </w:p>
    <w:p w14:paraId="5B47CA4A" w14:textId="77777777" w:rsidR="00F9245E" w:rsidRDefault="00936527">
      <w:pPr>
        <w:pStyle w:val="Heading3"/>
      </w:pPr>
      <w:r>
        <w:t>Introductory Level, Junior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31"/>
        <w:gridCol w:w="2131"/>
        <w:gridCol w:w="2131"/>
        <w:gridCol w:w="2131"/>
        <w:gridCol w:w="2131"/>
      </w:tblGrid>
      <w:tr w:rsidR="00F9245E" w14:paraId="328972DF" w14:textId="77777777">
        <w:trPr>
          <w:jc w:val="center"/>
        </w:trPr>
        <w:tc>
          <w:tcPr>
            <w:tcW w:w="2131" w:type="dxa"/>
          </w:tcPr>
          <w:p w14:paraId="6C28666D" w14:textId="77777777" w:rsidR="00F9245E" w:rsidRDefault="00936527">
            <w:r>
              <w:rPr>
                <w:b/>
              </w:rPr>
              <w:t>Rider</w:t>
            </w:r>
          </w:p>
        </w:tc>
        <w:tc>
          <w:tcPr>
            <w:tcW w:w="2131" w:type="dxa"/>
          </w:tcPr>
          <w:p w14:paraId="64EE52DD" w14:textId="77777777" w:rsidR="00F9245E" w:rsidRDefault="00936527">
            <w:r>
              <w:rPr>
                <w:b/>
              </w:rPr>
              <w:t>Horse</w:t>
            </w:r>
          </w:p>
        </w:tc>
        <w:tc>
          <w:tcPr>
            <w:tcW w:w="2131" w:type="dxa"/>
          </w:tcPr>
          <w:p w14:paraId="25EDDE73" w14:textId="77777777" w:rsidR="00F9245E" w:rsidRDefault="00936527">
            <w:r>
              <w:rPr>
                <w:b/>
              </w:rPr>
              <w:t>Qualifying Score 1</w:t>
            </w:r>
          </w:p>
        </w:tc>
        <w:tc>
          <w:tcPr>
            <w:tcW w:w="2131" w:type="dxa"/>
          </w:tcPr>
          <w:p w14:paraId="317BA66A" w14:textId="77777777" w:rsidR="00F9245E" w:rsidRDefault="00936527">
            <w:r>
              <w:rPr>
                <w:b/>
              </w:rPr>
              <w:t>Qualifying Score 2</w:t>
            </w:r>
          </w:p>
        </w:tc>
        <w:tc>
          <w:tcPr>
            <w:tcW w:w="2131" w:type="dxa"/>
          </w:tcPr>
          <w:p w14:paraId="6FABF2AB" w14:textId="77777777" w:rsidR="00F9245E" w:rsidRDefault="00936527">
            <w:r>
              <w:rPr>
                <w:b/>
              </w:rPr>
              <w:t>Shows Qualified</w:t>
            </w:r>
          </w:p>
        </w:tc>
      </w:tr>
      <w:tr w:rsidR="00F9245E" w14:paraId="71319B48" w14:textId="77777777">
        <w:trPr>
          <w:jc w:val="center"/>
        </w:trPr>
        <w:tc>
          <w:tcPr>
            <w:tcW w:w="2131" w:type="dxa"/>
          </w:tcPr>
          <w:p w14:paraId="5E08AC74" w14:textId="77777777" w:rsidR="00F9245E" w:rsidRDefault="00936527">
            <w:r>
              <w:rPr>
                <w:sz w:val="17"/>
              </w:rPr>
              <w:t>Josie Taylor</w:t>
            </w:r>
          </w:p>
        </w:tc>
        <w:tc>
          <w:tcPr>
            <w:tcW w:w="2131" w:type="dxa"/>
          </w:tcPr>
          <w:p w14:paraId="0DCCB702" w14:textId="77777777" w:rsidR="00F9245E" w:rsidRDefault="00936527">
            <w:r>
              <w:rPr>
                <w:sz w:val="17"/>
              </w:rPr>
              <w:t>Hollys Surprise</w:t>
            </w:r>
          </w:p>
        </w:tc>
        <w:tc>
          <w:tcPr>
            <w:tcW w:w="2131" w:type="dxa"/>
          </w:tcPr>
          <w:p w14:paraId="01958B8A" w14:textId="77777777" w:rsidR="00F9245E" w:rsidRDefault="00936527">
            <w:r>
              <w:rPr>
                <w:sz w:val="17"/>
              </w:rPr>
              <w:t>75.000%</w:t>
            </w:r>
          </w:p>
        </w:tc>
        <w:tc>
          <w:tcPr>
            <w:tcW w:w="2131" w:type="dxa"/>
          </w:tcPr>
          <w:p w14:paraId="6116EF5E" w14:textId="77777777" w:rsidR="00F9245E" w:rsidRDefault="00936527">
            <w:r>
              <w:rPr>
                <w:sz w:val="17"/>
              </w:rPr>
              <w:t>67.250%</w:t>
            </w:r>
          </w:p>
        </w:tc>
        <w:tc>
          <w:tcPr>
            <w:tcW w:w="2131" w:type="dxa"/>
          </w:tcPr>
          <w:p w14:paraId="47E9D8DE" w14:textId="77777777" w:rsidR="00F9245E" w:rsidRDefault="00936527">
            <w:r>
              <w:rPr>
                <w:sz w:val="17"/>
              </w:rPr>
              <w:t>July 11, 2026; August 29, 2026</w:t>
            </w:r>
          </w:p>
        </w:tc>
      </w:tr>
    </w:tbl>
    <w:p w14:paraId="171F02CF" w14:textId="77777777" w:rsidR="00F9245E" w:rsidRDefault="00936527">
      <w:pPr>
        <w:pStyle w:val="Heading3"/>
      </w:pPr>
      <w:r>
        <w:t>Introductory Level, Pro Rider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31"/>
        <w:gridCol w:w="2131"/>
        <w:gridCol w:w="2131"/>
        <w:gridCol w:w="2131"/>
        <w:gridCol w:w="2131"/>
      </w:tblGrid>
      <w:tr w:rsidR="00F9245E" w14:paraId="0C1C51DA" w14:textId="77777777">
        <w:trPr>
          <w:jc w:val="center"/>
        </w:trPr>
        <w:tc>
          <w:tcPr>
            <w:tcW w:w="2131" w:type="dxa"/>
          </w:tcPr>
          <w:p w14:paraId="1BBB772C" w14:textId="77777777" w:rsidR="00F9245E" w:rsidRDefault="00936527">
            <w:r>
              <w:rPr>
                <w:b/>
              </w:rPr>
              <w:t>Rider</w:t>
            </w:r>
          </w:p>
        </w:tc>
        <w:tc>
          <w:tcPr>
            <w:tcW w:w="2131" w:type="dxa"/>
          </w:tcPr>
          <w:p w14:paraId="01D7A0C4" w14:textId="77777777" w:rsidR="00F9245E" w:rsidRDefault="00936527">
            <w:r>
              <w:rPr>
                <w:b/>
              </w:rPr>
              <w:t>Horse</w:t>
            </w:r>
          </w:p>
        </w:tc>
        <w:tc>
          <w:tcPr>
            <w:tcW w:w="2131" w:type="dxa"/>
          </w:tcPr>
          <w:p w14:paraId="483F2125" w14:textId="77777777" w:rsidR="00F9245E" w:rsidRDefault="00936527">
            <w:r>
              <w:rPr>
                <w:b/>
              </w:rPr>
              <w:t>Qualifying Score 1</w:t>
            </w:r>
          </w:p>
        </w:tc>
        <w:tc>
          <w:tcPr>
            <w:tcW w:w="2131" w:type="dxa"/>
          </w:tcPr>
          <w:p w14:paraId="38E76D26" w14:textId="77777777" w:rsidR="00F9245E" w:rsidRDefault="00936527">
            <w:r>
              <w:rPr>
                <w:b/>
              </w:rPr>
              <w:t>Qualifying Score 2</w:t>
            </w:r>
          </w:p>
        </w:tc>
        <w:tc>
          <w:tcPr>
            <w:tcW w:w="2131" w:type="dxa"/>
          </w:tcPr>
          <w:p w14:paraId="21531A15" w14:textId="77777777" w:rsidR="00F9245E" w:rsidRDefault="00936527">
            <w:r>
              <w:rPr>
                <w:b/>
              </w:rPr>
              <w:t>Shows Qualified</w:t>
            </w:r>
          </w:p>
        </w:tc>
      </w:tr>
      <w:tr w:rsidR="00F9245E" w14:paraId="25EEE749" w14:textId="77777777">
        <w:trPr>
          <w:jc w:val="center"/>
        </w:trPr>
        <w:tc>
          <w:tcPr>
            <w:tcW w:w="2131" w:type="dxa"/>
          </w:tcPr>
          <w:p w14:paraId="357CD0D8" w14:textId="77777777" w:rsidR="00F9245E" w:rsidRDefault="00936527">
            <w:r>
              <w:rPr>
                <w:sz w:val="17"/>
              </w:rPr>
              <w:t>Helen Hayn</w:t>
            </w:r>
          </w:p>
        </w:tc>
        <w:tc>
          <w:tcPr>
            <w:tcW w:w="2131" w:type="dxa"/>
          </w:tcPr>
          <w:p w14:paraId="1064AE3C" w14:textId="77777777" w:rsidR="00F9245E" w:rsidRDefault="00936527">
            <w:r>
              <w:rPr>
                <w:sz w:val="17"/>
              </w:rPr>
              <w:t>Kalea</w:t>
            </w:r>
          </w:p>
        </w:tc>
        <w:tc>
          <w:tcPr>
            <w:tcW w:w="2131" w:type="dxa"/>
          </w:tcPr>
          <w:p w14:paraId="017CFD61" w14:textId="77777777" w:rsidR="00F9245E" w:rsidRDefault="00936527">
            <w:r>
              <w:rPr>
                <w:sz w:val="17"/>
              </w:rPr>
              <w:t>69.063%</w:t>
            </w:r>
          </w:p>
        </w:tc>
        <w:tc>
          <w:tcPr>
            <w:tcW w:w="2131" w:type="dxa"/>
          </w:tcPr>
          <w:p w14:paraId="331133F4" w14:textId="77777777" w:rsidR="00F9245E" w:rsidRDefault="00936527">
            <w:r>
              <w:rPr>
                <w:sz w:val="17"/>
              </w:rPr>
              <w:t>66.250%</w:t>
            </w:r>
          </w:p>
        </w:tc>
        <w:tc>
          <w:tcPr>
            <w:tcW w:w="2131" w:type="dxa"/>
          </w:tcPr>
          <w:p w14:paraId="3602D695" w14:textId="77777777" w:rsidR="00F9245E" w:rsidRDefault="00936527">
            <w:r>
              <w:rPr>
                <w:sz w:val="17"/>
              </w:rPr>
              <w:t>July 11, 2026; September 26, 2026</w:t>
            </w:r>
          </w:p>
        </w:tc>
      </w:tr>
    </w:tbl>
    <w:p w14:paraId="592BB2E2" w14:textId="77777777" w:rsidR="00F9245E" w:rsidRDefault="00936527">
      <w:pPr>
        <w:pStyle w:val="Heading3"/>
      </w:pPr>
      <w:r>
        <w:t>Introductory Level, Amateur Riders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31"/>
        <w:gridCol w:w="2131"/>
        <w:gridCol w:w="2131"/>
        <w:gridCol w:w="2131"/>
        <w:gridCol w:w="2131"/>
      </w:tblGrid>
      <w:tr w:rsidR="00F9245E" w14:paraId="1304316F" w14:textId="77777777">
        <w:trPr>
          <w:jc w:val="center"/>
        </w:trPr>
        <w:tc>
          <w:tcPr>
            <w:tcW w:w="2131" w:type="dxa"/>
          </w:tcPr>
          <w:p w14:paraId="7C7A805C" w14:textId="77777777" w:rsidR="00F9245E" w:rsidRDefault="00936527">
            <w:r>
              <w:rPr>
                <w:b/>
              </w:rPr>
              <w:t>Rider</w:t>
            </w:r>
          </w:p>
        </w:tc>
        <w:tc>
          <w:tcPr>
            <w:tcW w:w="2131" w:type="dxa"/>
          </w:tcPr>
          <w:p w14:paraId="029B37B8" w14:textId="77777777" w:rsidR="00F9245E" w:rsidRDefault="00936527">
            <w:r>
              <w:rPr>
                <w:b/>
              </w:rPr>
              <w:t>Horse</w:t>
            </w:r>
          </w:p>
        </w:tc>
        <w:tc>
          <w:tcPr>
            <w:tcW w:w="2131" w:type="dxa"/>
          </w:tcPr>
          <w:p w14:paraId="17B54FB5" w14:textId="77777777" w:rsidR="00F9245E" w:rsidRDefault="00936527">
            <w:r>
              <w:rPr>
                <w:b/>
              </w:rPr>
              <w:t>Qualifying Score 1</w:t>
            </w:r>
          </w:p>
        </w:tc>
        <w:tc>
          <w:tcPr>
            <w:tcW w:w="2131" w:type="dxa"/>
          </w:tcPr>
          <w:p w14:paraId="21BF9FA3" w14:textId="77777777" w:rsidR="00F9245E" w:rsidRDefault="00936527">
            <w:r>
              <w:rPr>
                <w:b/>
              </w:rPr>
              <w:t>Qualifying Score 2</w:t>
            </w:r>
          </w:p>
        </w:tc>
        <w:tc>
          <w:tcPr>
            <w:tcW w:w="2131" w:type="dxa"/>
          </w:tcPr>
          <w:p w14:paraId="4F5BE244" w14:textId="77777777" w:rsidR="00F9245E" w:rsidRDefault="00936527">
            <w:r>
              <w:rPr>
                <w:b/>
              </w:rPr>
              <w:t>Shows Qualified</w:t>
            </w:r>
          </w:p>
        </w:tc>
      </w:tr>
      <w:tr w:rsidR="00F9245E" w14:paraId="5713A463" w14:textId="77777777">
        <w:trPr>
          <w:jc w:val="center"/>
        </w:trPr>
        <w:tc>
          <w:tcPr>
            <w:tcW w:w="2131" w:type="dxa"/>
          </w:tcPr>
          <w:p w14:paraId="22E923ED" w14:textId="77777777" w:rsidR="00F9245E" w:rsidRDefault="00936527">
            <w:r>
              <w:rPr>
                <w:sz w:val="17"/>
              </w:rPr>
              <w:t>Caroline M Grassi</w:t>
            </w:r>
          </w:p>
        </w:tc>
        <w:tc>
          <w:tcPr>
            <w:tcW w:w="2131" w:type="dxa"/>
          </w:tcPr>
          <w:p w14:paraId="65140234" w14:textId="77777777" w:rsidR="00F9245E" w:rsidRDefault="00936527">
            <w:r>
              <w:rPr>
                <w:sz w:val="17"/>
              </w:rPr>
              <w:t>Gabriel</w:t>
            </w:r>
          </w:p>
        </w:tc>
        <w:tc>
          <w:tcPr>
            <w:tcW w:w="2131" w:type="dxa"/>
          </w:tcPr>
          <w:p w14:paraId="4BA56D31" w14:textId="77777777" w:rsidR="00F9245E" w:rsidRDefault="00936527">
            <w:r>
              <w:rPr>
                <w:sz w:val="17"/>
              </w:rPr>
              <w:t>67.813%</w:t>
            </w:r>
          </w:p>
        </w:tc>
        <w:tc>
          <w:tcPr>
            <w:tcW w:w="2131" w:type="dxa"/>
          </w:tcPr>
          <w:p w14:paraId="245AC4A6" w14:textId="77777777" w:rsidR="00F9245E" w:rsidRDefault="00936527">
            <w:r>
              <w:rPr>
                <w:sz w:val="17"/>
              </w:rPr>
              <w:t>64.375%</w:t>
            </w:r>
          </w:p>
        </w:tc>
        <w:tc>
          <w:tcPr>
            <w:tcW w:w="2131" w:type="dxa"/>
          </w:tcPr>
          <w:p w14:paraId="4936D199" w14:textId="77777777" w:rsidR="00F9245E" w:rsidRDefault="00936527">
            <w:r>
              <w:rPr>
                <w:sz w:val="17"/>
              </w:rPr>
              <w:t>July 11, 2026; June 27, 2026</w:t>
            </w:r>
          </w:p>
        </w:tc>
      </w:tr>
      <w:tr w:rsidR="00F9245E" w14:paraId="181DA5B0" w14:textId="77777777">
        <w:trPr>
          <w:jc w:val="center"/>
        </w:trPr>
        <w:tc>
          <w:tcPr>
            <w:tcW w:w="2131" w:type="dxa"/>
          </w:tcPr>
          <w:p w14:paraId="27964095" w14:textId="77777777" w:rsidR="00F9245E" w:rsidRDefault="00936527">
            <w:r>
              <w:rPr>
                <w:sz w:val="17"/>
              </w:rPr>
              <w:t>De Sutphin</w:t>
            </w:r>
          </w:p>
        </w:tc>
        <w:tc>
          <w:tcPr>
            <w:tcW w:w="2131" w:type="dxa"/>
          </w:tcPr>
          <w:p w14:paraId="4A386D12" w14:textId="77777777" w:rsidR="00F9245E" w:rsidRDefault="00936527">
            <w:r>
              <w:rPr>
                <w:sz w:val="17"/>
              </w:rPr>
              <w:t>Rio</w:t>
            </w:r>
          </w:p>
        </w:tc>
        <w:tc>
          <w:tcPr>
            <w:tcW w:w="2131" w:type="dxa"/>
          </w:tcPr>
          <w:p w14:paraId="71BD1651" w14:textId="77777777" w:rsidR="00F9245E" w:rsidRDefault="00936527">
            <w:r>
              <w:rPr>
                <w:sz w:val="17"/>
              </w:rPr>
              <w:t>75.625%</w:t>
            </w:r>
          </w:p>
        </w:tc>
        <w:tc>
          <w:tcPr>
            <w:tcW w:w="2131" w:type="dxa"/>
          </w:tcPr>
          <w:p w14:paraId="7E0E05E7" w14:textId="77777777" w:rsidR="00F9245E" w:rsidRDefault="00936527">
            <w:r>
              <w:rPr>
                <w:sz w:val="17"/>
              </w:rPr>
              <w:t>70.313%</w:t>
            </w:r>
          </w:p>
        </w:tc>
        <w:tc>
          <w:tcPr>
            <w:tcW w:w="2131" w:type="dxa"/>
          </w:tcPr>
          <w:p w14:paraId="7B055F15" w14:textId="77777777" w:rsidR="00F9245E" w:rsidRDefault="00936527">
            <w:r>
              <w:rPr>
                <w:sz w:val="17"/>
              </w:rPr>
              <w:t>March 8, 2026; January 11, 2026</w:t>
            </w:r>
          </w:p>
        </w:tc>
      </w:tr>
      <w:tr w:rsidR="00F9245E" w14:paraId="298D6878" w14:textId="77777777">
        <w:trPr>
          <w:jc w:val="center"/>
        </w:trPr>
        <w:tc>
          <w:tcPr>
            <w:tcW w:w="2131" w:type="dxa"/>
          </w:tcPr>
          <w:p w14:paraId="446A0A8F" w14:textId="77777777" w:rsidR="00F9245E" w:rsidRDefault="00936527">
            <w:r>
              <w:rPr>
                <w:sz w:val="17"/>
              </w:rPr>
              <w:t>Emily Dewind</w:t>
            </w:r>
          </w:p>
        </w:tc>
        <w:tc>
          <w:tcPr>
            <w:tcW w:w="2131" w:type="dxa"/>
          </w:tcPr>
          <w:p w14:paraId="3323DD93" w14:textId="77777777" w:rsidR="00F9245E" w:rsidRDefault="00936527">
            <w:r>
              <w:rPr>
                <w:sz w:val="17"/>
              </w:rPr>
              <w:t>Charlotte</w:t>
            </w:r>
          </w:p>
        </w:tc>
        <w:tc>
          <w:tcPr>
            <w:tcW w:w="2131" w:type="dxa"/>
          </w:tcPr>
          <w:p w14:paraId="01F83124" w14:textId="77777777" w:rsidR="00F9245E" w:rsidRDefault="00936527">
            <w:r>
              <w:rPr>
                <w:sz w:val="17"/>
              </w:rPr>
              <w:t>69.688%</w:t>
            </w:r>
          </w:p>
        </w:tc>
        <w:tc>
          <w:tcPr>
            <w:tcW w:w="2131" w:type="dxa"/>
          </w:tcPr>
          <w:p w14:paraId="2981D24D" w14:textId="77777777" w:rsidR="00F9245E" w:rsidRDefault="00936527">
            <w:r>
              <w:rPr>
                <w:sz w:val="17"/>
              </w:rPr>
              <w:t>69.063%</w:t>
            </w:r>
          </w:p>
        </w:tc>
        <w:tc>
          <w:tcPr>
            <w:tcW w:w="2131" w:type="dxa"/>
          </w:tcPr>
          <w:p w14:paraId="746D8B7E" w14:textId="77777777" w:rsidR="00F9245E" w:rsidRDefault="00936527">
            <w:r>
              <w:rPr>
                <w:sz w:val="17"/>
              </w:rPr>
              <w:t>September 26, 2026; June 27, 2026</w:t>
            </w:r>
          </w:p>
        </w:tc>
      </w:tr>
      <w:tr w:rsidR="00F9245E" w14:paraId="0FCFF304" w14:textId="77777777">
        <w:trPr>
          <w:jc w:val="center"/>
        </w:trPr>
        <w:tc>
          <w:tcPr>
            <w:tcW w:w="2131" w:type="dxa"/>
          </w:tcPr>
          <w:p w14:paraId="30ED9BA3" w14:textId="77777777" w:rsidR="00F9245E" w:rsidRDefault="00936527">
            <w:r>
              <w:rPr>
                <w:sz w:val="17"/>
              </w:rPr>
              <w:t>Manon Dixon</w:t>
            </w:r>
          </w:p>
        </w:tc>
        <w:tc>
          <w:tcPr>
            <w:tcW w:w="2131" w:type="dxa"/>
          </w:tcPr>
          <w:p w14:paraId="2678801A" w14:textId="77777777" w:rsidR="00F9245E" w:rsidRDefault="00936527">
            <w:r>
              <w:rPr>
                <w:sz w:val="17"/>
              </w:rPr>
              <w:t>Charlotte</w:t>
            </w:r>
          </w:p>
        </w:tc>
        <w:tc>
          <w:tcPr>
            <w:tcW w:w="2131" w:type="dxa"/>
          </w:tcPr>
          <w:p w14:paraId="77D72EA6" w14:textId="77777777" w:rsidR="00F9245E" w:rsidRDefault="00936527">
            <w:r>
              <w:rPr>
                <w:sz w:val="17"/>
              </w:rPr>
              <w:t>71.563%</w:t>
            </w:r>
          </w:p>
        </w:tc>
        <w:tc>
          <w:tcPr>
            <w:tcW w:w="2131" w:type="dxa"/>
          </w:tcPr>
          <w:p w14:paraId="152581E8" w14:textId="77777777" w:rsidR="00F9245E" w:rsidRDefault="00936527">
            <w:r>
              <w:rPr>
                <w:sz w:val="17"/>
              </w:rPr>
              <w:t>69.063%</w:t>
            </w:r>
          </w:p>
        </w:tc>
        <w:tc>
          <w:tcPr>
            <w:tcW w:w="2131" w:type="dxa"/>
          </w:tcPr>
          <w:p w14:paraId="5AF54E76" w14:textId="77777777" w:rsidR="00F9245E" w:rsidRDefault="00936527">
            <w:r>
              <w:rPr>
                <w:sz w:val="17"/>
              </w:rPr>
              <w:t>July 11, 2026; May 30, 2026</w:t>
            </w:r>
          </w:p>
        </w:tc>
      </w:tr>
      <w:tr w:rsidR="00F9245E" w14:paraId="571341C7" w14:textId="77777777">
        <w:trPr>
          <w:jc w:val="center"/>
        </w:trPr>
        <w:tc>
          <w:tcPr>
            <w:tcW w:w="2131" w:type="dxa"/>
          </w:tcPr>
          <w:p w14:paraId="37AA9461" w14:textId="77777777" w:rsidR="00F9245E" w:rsidRDefault="00936527">
            <w:r>
              <w:rPr>
                <w:sz w:val="17"/>
              </w:rPr>
              <w:t>Manon Dixon</w:t>
            </w:r>
          </w:p>
        </w:tc>
        <w:tc>
          <w:tcPr>
            <w:tcW w:w="2131" w:type="dxa"/>
          </w:tcPr>
          <w:p w14:paraId="260B225C" w14:textId="77777777" w:rsidR="00F9245E" w:rsidRDefault="00936527">
            <w:r>
              <w:rPr>
                <w:sz w:val="17"/>
              </w:rPr>
              <w:t>Hot Accord</w:t>
            </w:r>
          </w:p>
        </w:tc>
        <w:tc>
          <w:tcPr>
            <w:tcW w:w="2131" w:type="dxa"/>
          </w:tcPr>
          <w:p w14:paraId="1431E417" w14:textId="77777777" w:rsidR="00F9245E" w:rsidRDefault="00936527">
            <w:r>
              <w:rPr>
                <w:sz w:val="17"/>
              </w:rPr>
              <w:t>70.625%</w:t>
            </w:r>
          </w:p>
        </w:tc>
        <w:tc>
          <w:tcPr>
            <w:tcW w:w="2131" w:type="dxa"/>
          </w:tcPr>
          <w:p w14:paraId="5907F077" w14:textId="77777777" w:rsidR="00F9245E" w:rsidRDefault="00936527">
            <w:r>
              <w:rPr>
                <w:sz w:val="17"/>
              </w:rPr>
              <w:t>66.250%</w:t>
            </w:r>
          </w:p>
        </w:tc>
        <w:tc>
          <w:tcPr>
            <w:tcW w:w="2131" w:type="dxa"/>
          </w:tcPr>
          <w:p w14:paraId="20A0E238" w14:textId="77777777" w:rsidR="00F9245E" w:rsidRDefault="00936527">
            <w:r>
              <w:rPr>
                <w:sz w:val="17"/>
              </w:rPr>
              <w:t>May 30, 2026; August 29, 2026</w:t>
            </w:r>
          </w:p>
        </w:tc>
      </w:tr>
    </w:tbl>
    <w:p w14:paraId="18CF5B6B" w14:textId="77777777" w:rsidR="00F9245E" w:rsidRDefault="00936527">
      <w:pPr>
        <w:pStyle w:val="Heading3"/>
      </w:pPr>
      <w:r>
        <w:t>Training Level, Junior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31"/>
        <w:gridCol w:w="2131"/>
        <w:gridCol w:w="2131"/>
        <w:gridCol w:w="2131"/>
        <w:gridCol w:w="2131"/>
      </w:tblGrid>
      <w:tr w:rsidR="00F9245E" w14:paraId="69EDF267" w14:textId="77777777">
        <w:trPr>
          <w:jc w:val="center"/>
        </w:trPr>
        <w:tc>
          <w:tcPr>
            <w:tcW w:w="2131" w:type="dxa"/>
          </w:tcPr>
          <w:p w14:paraId="65F2CF77" w14:textId="77777777" w:rsidR="00F9245E" w:rsidRDefault="00936527">
            <w:r>
              <w:rPr>
                <w:b/>
              </w:rPr>
              <w:t>Rider</w:t>
            </w:r>
          </w:p>
        </w:tc>
        <w:tc>
          <w:tcPr>
            <w:tcW w:w="2131" w:type="dxa"/>
          </w:tcPr>
          <w:p w14:paraId="2F0DFFE4" w14:textId="77777777" w:rsidR="00F9245E" w:rsidRDefault="00936527">
            <w:r>
              <w:rPr>
                <w:b/>
              </w:rPr>
              <w:t>Horse</w:t>
            </w:r>
          </w:p>
        </w:tc>
        <w:tc>
          <w:tcPr>
            <w:tcW w:w="2131" w:type="dxa"/>
          </w:tcPr>
          <w:p w14:paraId="471EAABD" w14:textId="77777777" w:rsidR="00F9245E" w:rsidRDefault="00936527">
            <w:r>
              <w:rPr>
                <w:b/>
              </w:rPr>
              <w:t>Qualifying Score 1</w:t>
            </w:r>
          </w:p>
        </w:tc>
        <w:tc>
          <w:tcPr>
            <w:tcW w:w="2131" w:type="dxa"/>
          </w:tcPr>
          <w:p w14:paraId="7E88F77D" w14:textId="77777777" w:rsidR="00F9245E" w:rsidRDefault="00936527">
            <w:r>
              <w:rPr>
                <w:b/>
              </w:rPr>
              <w:t>Qualifying Score 2</w:t>
            </w:r>
          </w:p>
        </w:tc>
        <w:tc>
          <w:tcPr>
            <w:tcW w:w="2131" w:type="dxa"/>
          </w:tcPr>
          <w:p w14:paraId="678B66A7" w14:textId="77777777" w:rsidR="00F9245E" w:rsidRDefault="00936527">
            <w:r>
              <w:rPr>
                <w:b/>
              </w:rPr>
              <w:t>Shows Qualified</w:t>
            </w:r>
          </w:p>
        </w:tc>
      </w:tr>
      <w:tr w:rsidR="00F9245E" w14:paraId="5799FB1F" w14:textId="77777777">
        <w:trPr>
          <w:jc w:val="center"/>
        </w:trPr>
        <w:tc>
          <w:tcPr>
            <w:tcW w:w="2131" w:type="dxa"/>
          </w:tcPr>
          <w:p w14:paraId="68793C2C" w14:textId="77777777" w:rsidR="00F9245E" w:rsidRDefault="00936527">
            <w:r>
              <w:rPr>
                <w:sz w:val="17"/>
              </w:rPr>
              <w:t>Brooklyn Barningham</w:t>
            </w:r>
          </w:p>
        </w:tc>
        <w:tc>
          <w:tcPr>
            <w:tcW w:w="2131" w:type="dxa"/>
          </w:tcPr>
          <w:p w14:paraId="0E064D43" w14:textId="77777777" w:rsidR="00F9245E" w:rsidRDefault="00936527">
            <w:r>
              <w:rPr>
                <w:sz w:val="17"/>
              </w:rPr>
              <w:t>Hollys Surprise</w:t>
            </w:r>
          </w:p>
        </w:tc>
        <w:tc>
          <w:tcPr>
            <w:tcW w:w="2131" w:type="dxa"/>
          </w:tcPr>
          <w:p w14:paraId="22CEBEAF" w14:textId="77777777" w:rsidR="00F9245E" w:rsidRDefault="00936527">
            <w:r>
              <w:rPr>
                <w:sz w:val="17"/>
              </w:rPr>
              <w:t>69.828%</w:t>
            </w:r>
          </w:p>
        </w:tc>
        <w:tc>
          <w:tcPr>
            <w:tcW w:w="2131" w:type="dxa"/>
          </w:tcPr>
          <w:p w14:paraId="70761404" w14:textId="77777777" w:rsidR="00F9245E" w:rsidRDefault="00936527">
            <w:r>
              <w:rPr>
                <w:sz w:val="17"/>
              </w:rPr>
              <w:t>69.310%</w:t>
            </w:r>
          </w:p>
        </w:tc>
        <w:tc>
          <w:tcPr>
            <w:tcW w:w="2131" w:type="dxa"/>
          </w:tcPr>
          <w:p w14:paraId="7CEAD27D" w14:textId="77777777" w:rsidR="00F9245E" w:rsidRDefault="00936527">
            <w:r>
              <w:rPr>
                <w:sz w:val="17"/>
              </w:rPr>
              <w:t>January 11, 2026; September 26, 2026</w:t>
            </w:r>
          </w:p>
        </w:tc>
      </w:tr>
    </w:tbl>
    <w:p w14:paraId="4943BBE3" w14:textId="77777777" w:rsidR="00F9245E" w:rsidRDefault="00936527">
      <w:pPr>
        <w:pStyle w:val="Heading3"/>
      </w:pPr>
      <w:r>
        <w:t>Training Level, Pro Rider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31"/>
        <w:gridCol w:w="2131"/>
        <w:gridCol w:w="2131"/>
        <w:gridCol w:w="2131"/>
        <w:gridCol w:w="2131"/>
      </w:tblGrid>
      <w:tr w:rsidR="00F9245E" w14:paraId="73504534" w14:textId="77777777">
        <w:trPr>
          <w:jc w:val="center"/>
        </w:trPr>
        <w:tc>
          <w:tcPr>
            <w:tcW w:w="2131" w:type="dxa"/>
          </w:tcPr>
          <w:p w14:paraId="468BD552" w14:textId="77777777" w:rsidR="00F9245E" w:rsidRDefault="00936527">
            <w:r>
              <w:rPr>
                <w:b/>
              </w:rPr>
              <w:t>Rider</w:t>
            </w:r>
          </w:p>
        </w:tc>
        <w:tc>
          <w:tcPr>
            <w:tcW w:w="2131" w:type="dxa"/>
          </w:tcPr>
          <w:p w14:paraId="7D838D2B" w14:textId="77777777" w:rsidR="00F9245E" w:rsidRDefault="00936527">
            <w:r>
              <w:rPr>
                <w:b/>
              </w:rPr>
              <w:t>Horse</w:t>
            </w:r>
          </w:p>
        </w:tc>
        <w:tc>
          <w:tcPr>
            <w:tcW w:w="2131" w:type="dxa"/>
          </w:tcPr>
          <w:p w14:paraId="3ACB976B" w14:textId="77777777" w:rsidR="00F9245E" w:rsidRDefault="00936527">
            <w:r>
              <w:rPr>
                <w:b/>
              </w:rPr>
              <w:t>Qualifying Score 1</w:t>
            </w:r>
          </w:p>
        </w:tc>
        <w:tc>
          <w:tcPr>
            <w:tcW w:w="2131" w:type="dxa"/>
          </w:tcPr>
          <w:p w14:paraId="2F7CB3D2" w14:textId="77777777" w:rsidR="00F9245E" w:rsidRDefault="00936527">
            <w:r>
              <w:rPr>
                <w:b/>
              </w:rPr>
              <w:t>Qualifying Score 2</w:t>
            </w:r>
          </w:p>
        </w:tc>
        <w:tc>
          <w:tcPr>
            <w:tcW w:w="2131" w:type="dxa"/>
          </w:tcPr>
          <w:p w14:paraId="5E0B51DC" w14:textId="77777777" w:rsidR="00F9245E" w:rsidRDefault="00936527">
            <w:r>
              <w:rPr>
                <w:b/>
              </w:rPr>
              <w:t>Shows Qualified</w:t>
            </w:r>
          </w:p>
        </w:tc>
      </w:tr>
      <w:tr w:rsidR="00F9245E" w14:paraId="79EF2692" w14:textId="77777777">
        <w:trPr>
          <w:jc w:val="center"/>
        </w:trPr>
        <w:tc>
          <w:tcPr>
            <w:tcW w:w="2131" w:type="dxa"/>
          </w:tcPr>
          <w:p w14:paraId="697BC563" w14:textId="77777777" w:rsidR="00F9245E" w:rsidRDefault="00936527">
            <w:r>
              <w:rPr>
                <w:sz w:val="17"/>
              </w:rPr>
              <w:t>Helen Hayn</w:t>
            </w:r>
          </w:p>
        </w:tc>
        <w:tc>
          <w:tcPr>
            <w:tcW w:w="2131" w:type="dxa"/>
          </w:tcPr>
          <w:p w14:paraId="4C505D93" w14:textId="77777777" w:rsidR="00F9245E" w:rsidRDefault="00936527">
            <w:r>
              <w:rPr>
                <w:sz w:val="17"/>
              </w:rPr>
              <w:t>Parker</w:t>
            </w:r>
          </w:p>
        </w:tc>
        <w:tc>
          <w:tcPr>
            <w:tcW w:w="2131" w:type="dxa"/>
          </w:tcPr>
          <w:p w14:paraId="4222BED9" w14:textId="77777777" w:rsidR="00F9245E" w:rsidRDefault="00936527">
            <w:r>
              <w:rPr>
                <w:sz w:val="17"/>
              </w:rPr>
              <w:t>67.241%</w:t>
            </w:r>
          </w:p>
        </w:tc>
        <w:tc>
          <w:tcPr>
            <w:tcW w:w="2131" w:type="dxa"/>
          </w:tcPr>
          <w:p w14:paraId="4A005AA1" w14:textId="77777777" w:rsidR="00F9245E" w:rsidRDefault="00936527">
            <w:r>
              <w:rPr>
                <w:sz w:val="17"/>
              </w:rPr>
              <w:t>66.724%</w:t>
            </w:r>
          </w:p>
        </w:tc>
        <w:tc>
          <w:tcPr>
            <w:tcW w:w="2131" w:type="dxa"/>
          </w:tcPr>
          <w:p w14:paraId="0AA1BD7D" w14:textId="77777777" w:rsidR="00F9245E" w:rsidRDefault="00936527">
            <w:r>
              <w:rPr>
                <w:sz w:val="17"/>
              </w:rPr>
              <w:t>March 8, 2026; May 30, 2026</w:t>
            </w:r>
          </w:p>
        </w:tc>
      </w:tr>
    </w:tbl>
    <w:p w14:paraId="66A797C9" w14:textId="77777777" w:rsidR="00F9245E" w:rsidRDefault="00936527">
      <w:pPr>
        <w:pStyle w:val="Heading3"/>
      </w:pPr>
      <w:r>
        <w:t>Training Level, Amateur Riders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31"/>
        <w:gridCol w:w="2131"/>
        <w:gridCol w:w="2131"/>
        <w:gridCol w:w="2131"/>
        <w:gridCol w:w="2131"/>
      </w:tblGrid>
      <w:tr w:rsidR="00F9245E" w14:paraId="78391AC4" w14:textId="77777777">
        <w:trPr>
          <w:jc w:val="center"/>
        </w:trPr>
        <w:tc>
          <w:tcPr>
            <w:tcW w:w="2131" w:type="dxa"/>
          </w:tcPr>
          <w:p w14:paraId="4676F7D3" w14:textId="77777777" w:rsidR="00F9245E" w:rsidRDefault="00936527">
            <w:r>
              <w:rPr>
                <w:b/>
              </w:rPr>
              <w:t>Rider</w:t>
            </w:r>
          </w:p>
        </w:tc>
        <w:tc>
          <w:tcPr>
            <w:tcW w:w="2131" w:type="dxa"/>
          </w:tcPr>
          <w:p w14:paraId="5D0E3284" w14:textId="77777777" w:rsidR="00F9245E" w:rsidRDefault="00936527">
            <w:r>
              <w:rPr>
                <w:b/>
              </w:rPr>
              <w:t>Horse</w:t>
            </w:r>
          </w:p>
        </w:tc>
        <w:tc>
          <w:tcPr>
            <w:tcW w:w="2131" w:type="dxa"/>
          </w:tcPr>
          <w:p w14:paraId="04B4DC21" w14:textId="77777777" w:rsidR="00F9245E" w:rsidRDefault="00936527">
            <w:r>
              <w:rPr>
                <w:b/>
              </w:rPr>
              <w:t>Qualifying Score 1</w:t>
            </w:r>
          </w:p>
        </w:tc>
        <w:tc>
          <w:tcPr>
            <w:tcW w:w="2131" w:type="dxa"/>
          </w:tcPr>
          <w:p w14:paraId="296DA03A" w14:textId="77777777" w:rsidR="00F9245E" w:rsidRDefault="00936527">
            <w:r>
              <w:rPr>
                <w:b/>
              </w:rPr>
              <w:t>Qualifying Score 2</w:t>
            </w:r>
          </w:p>
        </w:tc>
        <w:tc>
          <w:tcPr>
            <w:tcW w:w="2131" w:type="dxa"/>
          </w:tcPr>
          <w:p w14:paraId="6DA89A6C" w14:textId="77777777" w:rsidR="00F9245E" w:rsidRDefault="00936527">
            <w:r>
              <w:rPr>
                <w:b/>
              </w:rPr>
              <w:t>Shows Qualified</w:t>
            </w:r>
          </w:p>
        </w:tc>
      </w:tr>
      <w:tr w:rsidR="00F9245E" w14:paraId="40F8DB9E" w14:textId="77777777">
        <w:trPr>
          <w:jc w:val="center"/>
        </w:trPr>
        <w:tc>
          <w:tcPr>
            <w:tcW w:w="2131" w:type="dxa"/>
          </w:tcPr>
          <w:p w14:paraId="41C4C305" w14:textId="77777777" w:rsidR="00F9245E" w:rsidRDefault="00936527">
            <w:r>
              <w:rPr>
                <w:sz w:val="17"/>
              </w:rPr>
              <w:t>Kaitlin Caldwell</w:t>
            </w:r>
          </w:p>
        </w:tc>
        <w:tc>
          <w:tcPr>
            <w:tcW w:w="2131" w:type="dxa"/>
          </w:tcPr>
          <w:p w14:paraId="347A6D5C" w14:textId="77777777" w:rsidR="00F9245E" w:rsidRDefault="00936527">
            <w:r>
              <w:rPr>
                <w:sz w:val="17"/>
              </w:rPr>
              <w:t>Shez Tam Cool</w:t>
            </w:r>
          </w:p>
        </w:tc>
        <w:tc>
          <w:tcPr>
            <w:tcW w:w="2131" w:type="dxa"/>
          </w:tcPr>
          <w:p w14:paraId="57C23464" w14:textId="77777777" w:rsidR="00F9245E" w:rsidRDefault="00936527">
            <w:r>
              <w:rPr>
                <w:sz w:val="17"/>
              </w:rPr>
              <w:t>68.400%</w:t>
            </w:r>
          </w:p>
        </w:tc>
        <w:tc>
          <w:tcPr>
            <w:tcW w:w="2131" w:type="dxa"/>
          </w:tcPr>
          <w:p w14:paraId="5060D597" w14:textId="77777777" w:rsidR="00F9245E" w:rsidRDefault="00936527">
            <w:r>
              <w:rPr>
                <w:sz w:val="17"/>
              </w:rPr>
              <w:t>66.800%</w:t>
            </w:r>
          </w:p>
        </w:tc>
        <w:tc>
          <w:tcPr>
            <w:tcW w:w="2131" w:type="dxa"/>
          </w:tcPr>
          <w:p w14:paraId="2DEEE5F6" w14:textId="77777777" w:rsidR="00F9245E" w:rsidRDefault="00936527">
            <w:r>
              <w:rPr>
                <w:sz w:val="17"/>
              </w:rPr>
              <w:t>March 8, 2026; April 12, 2026</w:t>
            </w:r>
          </w:p>
        </w:tc>
      </w:tr>
      <w:tr w:rsidR="00F9245E" w14:paraId="5AB7AB79" w14:textId="77777777">
        <w:trPr>
          <w:jc w:val="center"/>
        </w:trPr>
        <w:tc>
          <w:tcPr>
            <w:tcW w:w="2131" w:type="dxa"/>
          </w:tcPr>
          <w:p w14:paraId="260E20A8" w14:textId="77777777" w:rsidR="00F9245E" w:rsidRDefault="00936527">
            <w:r>
              <w:rPr>
                <w:sz w:val="17"/>
              </w:rPr>
              <w:t>Kelly Bowyer</w:t>
            </w:r>
          </w:p>
        </w:tc>
        <w:tc>
          <w:tcPr>
            <w:tcW w:w="2131" w:type="dxa"/>
          </w:tcPr>
          <w:p w14:paraId="070781DC" w14:textId="77777777" w:rsidR="00F9245E" w:rsidRDefault="00936527">
            <w:r>
              <w:rPr>
                <w:sz w:val="17"/>
              </w:rPr>
              <w:t>Boot Scoot Boogie</w:t>
            </w:r>
          </w:p>
        </w:tc>
        <w:tc>
          <w:tcPr>
            <w:tcW w:w="2131" w:type="dxa"/>
          </w:tcPr>
          <w:p w14:paraId="460D8A92" w14:textId="77777777" w:rsidR="00F9245E" w:rsidRDefault="00936527">
            <w:r>
              <w:rPr>
                <w:sz w:val="17"/>
              </w:rPr>
              <w:t>67.414%</w:t>
            </w:r>
          </w:p>
        </w:tc>
        <w:tc>
          <w:tcPr>
            <w:tcW w:w="2131" w:type="dxa"/>
          </w:tcPr>
          <w:p w14:paraId="1089DEFB" w14:textId="77777777" w:rsidR="00F9245E" w:rsidRDefault="00936527">
            <w:r>
              <w:rPr>
                <w:sz w:val="17"/>
              </w:rPr>
              <w:t>66.500%</w:t>
            </w:r>
          </w:p>
        </w:tc>
        <w:tc>
          <w:tcPr>
            <w:tcW w:w="2131" w:type="dxa"/>
          </w:tcPr>
          <w:p w14:paraId="143BF1CB" w14:textId="77777777" w:rsidR="00F9245E" w:rsidRDefault="00936527">
            <w:r>
              <w:rPr>
                <w:sz w:val="17"/>
              </w:rPr>
              <w:t>May 30, 2026; August 29, 2026</w:t>
            </w:r>
          </w:p>
        </w:tc>
      </w:tr>
      <w:tr w:rsidR="00F9245E" w14:paraId="370B7C0D" w14:textId="77777777">
        <w:trPr>
          <w:jc w:val="center"/>
        </w:trPr>
        <w:tc>
          <w:tcPr>
            <w:tcW w:w="2131" w:type="dxa"/>
          </w:tcPr>
          <w:p w14:paraId="533A19AC" w14:textId="77777777" w:rsidR="00F9245E" w:rsidRDefault="00936527">
            <w:r>
              <w:rPr>
                <w:sz w:val="17"/>
              </w:rPr>
              <w:t>Nancy Mendonca</w:t>
            </w:r>
          </w:p>
        </w:tc>
        <w:tc>
          <w:tcPr>
            <w:tcW w:w="2131" w:type="dxa"/>
          </w:tcPr>
          <w:p w14:paraId="76F7B7B8" w14:textId="77777777" w:rsidR="00F9245E" w:rsidRDefault="00936527">
            <w:r>
              <w:rPr>
                <w:sz w:val="17"/>
              </w:rPr>
              <w:t>Danny</w:t>
            </w:r>
          </w:p>
        </w:tc>
        <w:tc>
          <w:tcPr>
            <w:tcW w:w="2131" w:type="dxa"/>
          </w:tcPr>
          <w:p w14:paraId="184FFEB0" w14:textId="77777777" w:rsidR="00F9245E" w:rsidRDefault="00936527">
            <w:r>
              <w:rPr>
                <w:sz w:val="17"/>
              </w:rPr>
              <w:t>67.586%</w:t>
            </w:r>
          </w:p>
        </w:tc>
        <w:tc>
          <w:tcPr>
            <w:tcW w:w="2131" w:type="dxa"/>
          </w:tcPr>
          <w:p w14:paraId="4FEA6EB1" w14:textId="77777777" w:rsidR="00F9245E" w:rsidRDefault="00936527">
            <w:r>
              <w:rPr>
                <w:sz w:val="17"/>
              </w:rPr>
              <w:t>65.690%</w:t>
            </w:r>
          </w:p>
        </w:tc>
        <w:tc>
          <w:tcPr>
            <w:tcW w:w="2131" w:type="dxa"/>
          </w:tcPr>
          <w:p w14:paraId="6FA56473" w14:textId="77777777" w:rsidR="00F9245E" w:rsidRDefault="00936527">
            <w:r>
              <w:rPr>
                <w:sz w:val="17"/>
              </w:rPr>
              <w:t>August 29, 2026; June 27, 2026</w:t>
            </w:r>
          </w:p>
        </w:tc>
      </w:tr>
      <w:tr w:rsidR="00F9245E" w14:paraId="272DA194" w14:textId="77777777">
        <w:trPr>
          <w:jc w:val="center"/>
        </w:trPr>
        <w:tc>
          <w:tcPr>
            <w:tcW w:w="2131" w:type="dxa"/>
          </w:tcPr>
          <w:p w14:paraId="4EA2C455" w14:textId="77777777" w:rsidR="00F9245E" w:rsidRDefault="00936527">
            <w:r>
              <w:rPr>
                <w:sz w:val="17"/>
              </w:rPr>
              <w:t>Susan Harrington</w:t>
            </w:r>
          </w:p>
        </w:tc>
        <w:tc>
          <w:tcPr>
            <w:tcW w:w="2131" w:type="dxa"/>
          </w:tcPr>
          <w:p w14:paraId="5552C0E7" w14:textId="77777777" w:rsidR="00F9245E" w:rsidRDefault="00936527">
            <w:r>
              <w:rPr>
                <w:sz w:val="17"/>
              </w:rPr>
              <w:t>Christobalito</w:t>
            </w:r>
          </w:p>
        </w:tc>
        <w:tc>
          <w:tcPr>
            <w:tcW w:w="2131" w:type="dxa"/>
          </w:tcPr>
          <w:p w14:paraId="62BF3775" w14:textId="77777777" w:rsidR="00F9245E" w:rsidRDefault="00936527">
            <w:r>
              <w:rPr>
                <w:sz w:val="17"/>
              </w:rPr>
              <w:t>72.800%</w:t>
            </w:r>
          </w:p>
        </w:tc>
        <w:tc>
          <w:tcPr>
            <w:tcW w:w="2131" w:type="dxa"/>
          </w:tcPr>
          <w:p w14:paraId="5CBF5FAA" w14:textId="77777777" w:rsidR="00F9245E" w:rsidRDefault="00936527">
            <w:r>
              <w:rPr>
                <w:sz w:val="17"/>
              </w:rPr>
              <w:t>70.690%</w:t>
            </w:r>
          </w:p>
        </w:tc>
        <w:tc>
          <w:tcPr>
            <w:tcW w:w="2131" w:type="dxa"/>
          </w:tcPr>
          <w:p w14:paraId="34C5E6A2" w14:textId="77777777" w:rsidR="00F9245E" w:rsidRDefault="00936527">
            <w:r>
              <w:rPr>
                <w:sz w:val="17"/>
              </w:rPr>
              <w:t>July 11, 2026; September 26, 2026</w:t>
            </w:r>
          </w:p>
        </w:tc>
      </w:tr>
      <w:tr w:rsidR="00F9245E" w14:paraId="47FE8C80" w14:textId="77777777">
        <w:trPr>
          <w:jc w:val="center"/>
        </w:trPr>
        <w:tc>
          <w:tcPr>
            <w:tcW w:w="2131" w:type="dxa"/>
          </w:tcPr>
          <w:p w14:paraId="1C9C849B" w14:textId="77777777" w:rsidR="00F9245E" w:rsidRDefault="00936527">
            <w:r>
              <w:rPr>
                <w:sz w:val="17"/>
              </w:rPr>
              <w:t>Teagan Niles</w:t>
            </w:r>
          </w:p>
        </w:tc>
        <w:tc>
          <w:tcPr>
            <w:tcW w:w="2131" w:type="dxa"/>
          </w:tcPr>
          <w:p w14:paraId="3B97FFFB" w14:textId="77777777" w:rsidR="00F9245E" w:rsidRDefault="00936527">
            <w:r>
              <w:rPr>
                <w:sz w:val="17"/>
              </w:rPr>
              <w:t>Olaf</w:t>
            </w:r>
          </w:p>
        </w:tc>
        <w:tc>
          <w:tcPr>
            <w:tcW w:w="2131" w:type="dxa"/>
          </w:tcPr>
          <w:p w14:paraId="51441993" w14:textId="77777777" w:rsidR="00F9245E" w:rsidRDefault="00936527">
            <w:r>
              <w:rPr>
                <w:sz w:val="17"/>
              </w:rPr>
              <w:t>66.800%</w:t>
            </w:r>
          </w:p>
        </w:tc>
        <w:tc>
          <w:tcPr>
            <w:tcW w:w="2131" w:type="dxa"/>
          </w:tcPr>
          <w:p w14:paraId="3C95EAA1" w14:textId="77777777" w:rsidR="00F9245E" w:rsidRDefault="00936527">
            <w:r>
              <w:rPr>
                <w:sz w:val="17"/>
              </w:rPr>
              <w:t>64.800%</w:t>
            </w:r>
          </w:p>
        </w:tc>
        <w:tc>
          <w:tcPr>
            <w:tcW w:w="2131" w:type="dxa"/>
          </w:tcPr>
          <w:p w14:paraId="5E56EE3D" w14:textId="77777777" w:rsidR="00F9245E" w:rsidRDefault="00936527">
            <w:r>
              <w:rPr>
                <w:sz w:val="17"/>
              </w:rPr>
              <w:t xml:space="preserve">March 8, 2026; April 12, </w:t>
            </w:r>
            <w:r>
              <w:rPr>
                <w:sz w:val="17"/>
              </w:rPr>
              <w:lastRenderedPageBreak/>
              <w:t>2026</w:t>
            </w:r>
          </w:p>
        </w:tc>
      </w:tr>
      <w:tr w:rsidR="00F9245E" w14:paraId="6D6DCEC0" w14:textId="77777777">
        <w:trPr>
          <w:jc w:val="center"/>
        </w:trPr>
        <w:tc>
          <w:tcPr>
            <w:tcW w:w="2131" w:type="dxa"/>
          </w:tcPr>
          <w:p w14:paraId="0B60EB63" w14:textId="77777777" w:rsidR="00F9245E" w:rsidRDefault="00936527">
            <w:r>
              <w:rPr>
                <w:sz w:val="17"/>
              </w:rPr>
              <w:lastRenderedPageBreak/>
              <w:t>Teagan Niles</w:t>
            </w:r>
          </w:p>
        </w:tc>
        <w:tc>
          <w:tcPr>
            <w:tcW w:w="2131" w:type="dxa"/>
          </w:tcPr>
          <w:p w14:paraId="2032E31F" w14:textId="77777777" w:rsidR="00F9245E" w:rsidRDefault="00936527">
            <w:r>
              <w:rPr>
                <w:sz w:val="17"/>
              </w:rPr>
              <w:t>Quiet Wildcat</w:t>
            </w:r>
          </w:p>
        </w:tc>
        <w:tc>
          <w:tcPr>
            <w:tcW w:w="2131" w:type="dxa"/>
          </w:tcPr>
          <w:p w14:paraId="5B3FF1E7" w14:textId="77777777" w:rsidR="00F9245E" w:rsidRDefault="00936527">
            <w:r>
              <w:rPr>
                <w:sz w:val="17"/>
              </w:rPr>
              <w:t>74.000%</w:t>
            </w:r>
          </w:p>
        </w:tc>
        <w:tc>
          <w:tcPr>
            <w:tcW w:w="2131" w:type="dxa"/>
          </w:tcPr>
          <w:p w14:paraId="3F301C5C" w14:textId="77777777" w:rsidR="00F9245E" w:rsidRDefault="00936527">
            <w:r>
              <w:rPr>
                <w:sz w:val="17"/>
              </w:rPr>
              <w:t>71.000%</w:t>
            </w:r>
          </w:p>
        </w:tc>
        <w:tc>
          <w:tcPr>
            <w:tcW w:w="2131" w:type="dxa"/>
          </w:tcPr>
          <w:p w14:paraId="33BCCF69" w14:textId="77777777" w:rsidR="00F9245E" w:rsidRDefault="00936527">
            <w:r>
              <w:rPr>
                <w:sz w:val="17"/>
              </w:rPr>
              <w:t>July 11, 2026; September 26, 2026</w:t>
            </w:r>
          </w:p>
        </w:tc>
      </w:tr>
    </w:tbl>
    <w:p w14:paraId="28A19343" w14:textId="77777777" w:rsidR="00F9245E" w:rsidRDefault="00936527">
      <w:pPr>
        <w:pStyle w:val="Heading3"/>
      </w:pPr>
      <w:r>
        <w:t>Starter Level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31"/>
        <w:gridCol w:w="2131"/>
        <w:gridCol w:w="2131"/>
        <w:gridCol w:w="2131"/>
        <w:gridCol w:w="2131"/>
      </w:tblGrid>
      <w:tr w:rsidR="00F9245E" w14:paraId="6B14B410" w14:textId="77777777">
        <w:trPr>
          <w:jc w:val="center"/>
        </w:trPr>
        <w:tc>
          <w:tcPr>
            <w:tcW w:w="2131" w:type="dxa"/>
          </w:tcPr>
          <w:p w14:paraId="599B4063" w14:textId="77777777" w:rsidR="00F9245E" w:rsidRDefault="00936527">
            <w:r>
              <w:rPr>
                <w:b/>
              </w:rPr>
              <w:t>Rider</w:t>
            </w:r>
          </w:p>
        </w:tc>
        <w:tc>
          <w:tcPr>
            <w:tcW w:w="2131" w:type="dxa"/>
          </w:tcPr>
          <w:p w14:paraId="34020802" w14:textId="77777777" w:rsidR="00F9245E" w:rsidRDefault="00936527">
            <w:r>
              <w:rPr>
                <w:b/>
              </w:rPr>
              <w:t>Horse</w:t>
            </w:r>
          </w:p>
        </w:tc>
        <w:tc>
          <w:tcPr>
            <w:tcW w:w="2131" w:type="dxa"/>
          </w:tcPr>
          <w:p w14:paraId="4CF9F9BC" w14:textId="77777777" w:rsidR="00F9245E" w:rsidRDefault="00936527">
            <w:r>
              <w:rPr>
                <w:b/>
              </w:rPr>
              <w:t>Qualifying Score 1</w:t>
            </w:r>
          </w:p>
        </w:tc>
        <w:tc>
          <w:tcPr>
            <w:tcW w:w="2131" w:type="dxa"/>
          </w:tcPr>
          <w:p w14:paraId="2CEE864D" w14:textId="77777777" w:rsidR="00F9245E" w:rsidRDefault="00936527">
            <w:r>
              <w:rPr>
                <w:b/>
              </w:rPr>
              <w:t>Qualifying Score 2</w:t>
            </w:r>
          </w:p>
        </w:tc>
        <w:tc>
          <w:tcPr>
            <w:tcW w:w="2131" w:type="dxa"/>
          </w:tcPr>
          <w:p w14:paraId="55A30C1E" w14:textId="77777777" w:rsidR="00F9245E" w:rsidRDefault="00936527">
            <w:r>
              <w:rPr>
                <w:b/>
              </w:rPr>
              <w:t>Shows Qualified</w:t>
            </w:r>
          </w:p>
        </w:tc>
      </w:tr>
      <w:tr w:rsidR="00F9245E" w14:paraId="28C954AF" w14:textId="77777777">
        <w:trPr>
          <w:jc w:val="center"/>
        </w:trPr>
        <w:tc>
          <w:tcPr>
            <w:tcW w:w="2131" w:type="dxa"/>
          </w:tcPr>
          <w:p w14:paraId="144CA980" w14:textId="77777777" w:rsidR="00F9245E" w:rsidRDefault="00936527">
            <w:r>
              <w:rPr>
                <w:sz w:val="17"/>
              </w:rPr>
              <w:t>Teagan Niles</w:t>
            </w:r>
          </w:p>
        </w:tc>
        <w:tc>
          <w:tcPr>
            <w:tcW w:w="2131" w:type="dxa"/>
          </w:tcPr>
          <w:p w14:paraId="5C0F4553" w14:textId="77777777" w:rsidR="00F9245E" w:rsidRDefault="00936527">
            <w:r>
              <w:rPr>
                <w:sz w:val="17"/>
              </w:rPr>
              <w:t>Quiet Wildcat</w:t>
            </w:r>
          </w:p>
        </w:tc>
        <w:tc>
          <w:tcPr>
            <w:tcW w:w="2131" w:type="dxa"/>
          </w:tcPr>
          <w:p w14:paraId="50E37956" w14:textId="77777777" w:rsidR="00F9245E" w:rsidRDefault="00936527">
            <w:r>
              <w:rPr>
                <w:sz w:val="17"/>
              </w:rPr>
              <w:t>67.647%</w:t>
            </w:r>
          </w:p>
        </w:tc>
        <w:tc>
          <w:tcPr>
            <w:tcW w:w="2131" w:type="dxa"/>
          </w:tcPr>
          <w:p w14:paraId="41B2BF92" w14:textId="77777777" w:rsidR="00F9245E" w:rsidRDefault="00936527">
            <w:r>
              <w:rPr>
                <w:sz w:val="17"/>
              </w:rPr>
              <w:t>63.529%</w:t>
            </w:r>
          </w:p>
        </w:tc>
        <w:tc>
          <w:tcPr>
            <w:tcW w:w="2131" w:type="dxa"/>
          </w:tcPr>
          <w:p w14:paraId="016C0A07" w14:textId="77777777" w:rsidR="00F9245E" w:rsidRDefault="00936527">
            <w:r>
              <w:rPr>
                <w:sz w:val="17"/>
              </w:rPr>
              <w:t>March 28, 2026; March 8, 2026</w:t>
            </w:r>
          </w:p>
        </w:tc>
      </w:tr>
    </w:tbl>
    <w:p w14:paraId="4EC28282" w14:textId="77777777" w:rsidR="00F9245E" w:rsidRDefault="00936527">
      <w:pPr>
        <w:pStyle w:val="Heading3"/>
      </w:pPr>
      <w:r>
        <w:t>First Level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31"/>
        <w:gridCol w:w="2131"/>
        <w:gridCol w:w="2131"/>
        <w:gridCol w:w="2131"/>
        <w:gridCol w:w="2131"/>
      </w:tblGrid>
      <w:tr w:rsidR="00F9245E" w14:paraId="62F01054" w14:textId="77777777">
        <w:trPr>
          <w:jc w:val="center"/>
        </w:trPr>
        <w:tc>
          <w:tcPr>
            <w:tcW w:w="2131" w:type="dxa"/>
          </w:tcPr>
          <w:p w14:paraId="17159EC4" w14:textId="77777777" w:rsidR="00F9245E" w:rsidRDefault="00936527">
            <w:r>
              <w:rPr>
                <w:b/>
              </w:rPr>
              <w:t>Rider</w:t>
            </w:r>
          </w:p>
        </w:tc>
        <w:tc>
          <w:tcPr>
            <w:tcW w:w="2131" w:type="dxa"/>
          </w:tcPr>
          <w:p w14:paraId="337885CB" w14:textId="77777777" w:rsidR="00F9245E" w:rsidRDefault="00936527">
            <w:r>
              <w:rPr>
                <w:b/>
              </w:rPr>
              <w:t>Horse</w:t>
            </w:r>
          </w:p>
        </w:tc>
        <w:tc>
          <w:tcPr>
            <w:tcW w:w="2131" w:type="dxa"/>
          </w:tcPr>
          <w:p w14:paraId="31B18640" w14:textId="77777777" w:rsidR="00F9245E" w:rsidRDefault="00936527">
            <w:r>
              <w:rPr>
                <w:b/>
              </w:rPr>
              <w:t>Qualifying Score 1</w:t>
            </w:r>
          </w:p>
        </w:tc>
        <w:tc>
          <w:tcPr>
            <w:tcW w:w="2131" w:type="dxa"/>
          </w:tcPr>
          <w:p w14:paraId="0278265C" w14:textId="77777777" w:rsidR="00F9245E" w:rsidRDefault="00936527">
            <w:r>
              <w:rPr>
                <w:b/>
              </w:rPr>
              <w:t>Qualifying Score 2</w:t>
            </w:r>
          </w:p>
        </w:tc>
        <w:tc>
          <w:tcPr>
            <w:tcW w:w="2131" w:type="dxa"/>
          </w:tcPr>
          <w:p w14:paraId="56645A7B" w14:textId="77777777" w:rsidR="00F9245E" w:rsidRDefault="00936527">
            <w:r>
              <w:rPr>
                <w:b/>
              </w:rPr>
              <w:t>Shows Qualified</w:t>
            </w:r>
          </w:p>
        </w:tc>
      </w:tr>
      <w:tr w:rsidR="00F9245E" w14:paraId="7BA61F8E" w14:textId="77777777">
        <w:trPr>
          <w:jc w:val="center"/>
        </w:trPr>
        <w:tc>
          <w:tcPr>
            <w:tcW w:w="2131" w:type="dxa"/>
          </w:tcPr>
          <w:p w14:paraId="2EAF49B9" w14:textId="77777777" w:rsidR="00F9245E" w:rsidRDefault="00936527">
            <w:r>
              <w:rPr>
                <w:sz w:val="17"/>
              </w:rPr>
              <w:t>Isabella Jorge</w:t>
            </w:r>
          </w:p>
        </w:tc>
        <w:tc>
          <w:tcPr>
            <w:tcW w:w="2131" w:type="dxa"/>
          </w:tcPr>
          <w:p w14:paraId="15AC0491" w14:textId="77777777" w:rsidR="00F9245E" w:rsidRDefault="00936527">
            <w:r>
              <w:rPr>
                <w:sz w:val="17"/>
              </w:rPr>
              <w:t>Rainy Night in Georgia</w:t>
            </w:r>
          </w:p>
        </w:tc>
        <w:tc>
          <w:tcPr>
            <w:tcW w:w="2131" w:type="dxa"/>
          </w:tcPr>
          <w:p w14:paraId="0337F7A9" w14:textId="77777777" w:rsidR="00F9245E" w:rsidRDefault="00936527">
            <w:r>
              <w:rPr>
                <w:sz w:val="17"/>
              </w:rPr>
              <w:t>73.636%</w:t>
            </w:r>
          </w:p>
        </w:tc>
        <w:tc>
          <w:tcPr>
            <w:tcW w:w="2131" w:type="dxa"/>
          </w:tcPr>
          <w:p w14:paraId="1524BEBA" w14:textId="77777777" w:rsidR="00F9245E" w:rsidRDefault="00936527">
            <w:r>
              <w:rPr>
                <w:sz w:val="17"/>
              </w:rPr>
              <w:t>63.182%</w:t>
            </w:r>
          </w:p>
        </w:tc>
        <w:tc>
          <w:tcPr>
            <w:tcW w:w="2131" w:type="dxa"/>
          </w:tcPr>
          <w:p w14:paraId="3DB59F1E" w14:textId="77777777" w:rsidR="00F9245E" w:rsidRDefault="00936527">
            <w:r>
              <w:rPr>
                <w:sz w:val="17"/>
              </w:rPr>
              <w:t>July 11, 2026; August 29, 2026</w:t>
            </w:r>
          </w:p>
        </w:tc>
      </w:tr>
      <w:tr w:rsidR="00F9245E" w14:paraId="46896CF3" w14:textId="77777777">
        <w:trPr>
          <w:jc w:val="center"/>
        </w:trPr>
        <w:tc>
          <w:tcPr>
            <w:tcW w:w="2131" w:type="dxa"/>
          </w:tcPr>
          <w:p w14:paraId="2F158CBD" w14:textId="77777777" w:rsidR="00F9245E" w:rsidRDefault="00936527">
            <w:r>
              <w:rPr>
                <w:sz w:val="17"/>
              </w:rPr>
              <w:t>Katie Allen</w:t>
            </w:r>
          </w:p>
        </w:tc>
        <w:tc>
          <w:tcPr>
            <w:tcW w:w="2131" w:type="dxa"/>
          </w:tcPr>
          <w:p w14:paraId="68C4F5C4" w14:textId="77777777" w:rsidR="00F9245E" w:rsidRDefault="00936527">
            <w:r>
              <w:rPr>
                <w:sz w:val="17"/>
              </w:rPr>
              <w:t>Diogenes</w:t>
            </w:r>
          </w:p>
        </w:tc>
        <w:tc>
          <w:tcPr>
            <w:tcW w:w="2131" w:type="dxa"/>
          </w:tcPr>
          <w:p w14:paraId="67154880" w14:textId="77777777" w:rsidR="00F9245E" w:rsidRDefault="00936527">
            <w:r>
              <w:rPr>
                <w:sz w:val="17"/>
              </w:rPr>
              <w:t>61.667%</w:t>
            </w:r>
          </w:p>
        </w:tc>
        <w:tc>
          <w:tcPr>
            <w:tcW w:w="2131" w:type="dxa"/>
          </w:tcPr>
          <w:p w14:paraId="368B50B5" w14:textId="77777777" w:rsidR="00F9245E" w:rsidRDefault="00936527">
            <w:r>
              <w:rPr>
                <w:sz w:val="17"/>
              </w:rPr>
              <w:t>61.515%</w:t>
            </w:r>
          </w:p>
        </w:tc>
        <w:tc>
          <w:tcPr>
            <w:tcW w:w="2131" w:type="dxa"/>
          </w:tcPr>
          <w:p w14:paraId="19A41369" w14:textId="77777777" w:rsidR="00F9245E" w:rsidRDefault="00936527">
            <w:r>
              <w:rPr>
                <w:sz w:val="17"/>
              </w:rPr>
              <w:t>June 27, 2026; August 29, 2026</w:t>
            </w:r>
          </w:p>
        </w:tc>
      </w:tr>
      <w:tr w:rsidR="00F9245E" w14:paraId="20605BCE" w14:textId="77777777">
        <w:trPr>
          <w:jc w:val="center"/>
        </w:trPr>
        <w:tc>
          <w:tcPr>
            <w:tcW w:w="2131" w:type="dxa"/>
          </w:tcPr>
          <w:p w14:paraId="21257CE6" w14:textId="77777777" w:rsidR="00F9245E" w:rsidRDefault="00936527">
            <w:r>
              <w:rPr>
                <w:sz w:val="17"/>
              </w:rPr>
              <w:t>Sandra Brannock</w:t>
            </w:r>
          </w:p>
        </w:tc>
        <w:tc>
          <w:tcPr>
            <w:tcW w:w="2131" w:type="dxa"/>
          </w:tcPr>
          <w:p w14:paraId="36353622" w14:textId="77777777" w:rsidR="00F9245E" w:rsidRDefault="00936527">
            <w:r>
              <w:rPr>
                <w:sz w:val="17"/>
              </w:rPr>
              <w:t>Oberon</w:t>
            </w:r>
          </w:p>
        </w:tc>
        <w:tc>
          <w:tcPr>
            <w:tcW w:w="2131" w:type="dxa"/>
          </w:tcPr>
          <w:p w14:paraId="326A8122" w14:textId="77777777" w:rsidR="00F9245E" w:rsidRDefault="00936527">
            <w:r>
              <w:rPr>
                <w:sz w:val="17"/>
              </w:rPr>
              <w:t>64.848%</w:t>
            </w:r>
          </w:p>
        </w:tc>
        <w:tc>
          <w:tcPr>
            <w:tcW w:w="2131" w:type="dxa"/>
          </w:tcPr>
          <w:p w14:paraId="3AE8B378" w14:textId="77777777" w:rsidR="00F9245E" w:rsidRDefault="00936527">
            <w:r>
              <w:rPr>
                <w:sz w:val="17"/>
              </w:rPr>
              <w:t>63.788%</w:t>
            </w:r>
          </w:p>
        </w:tc>
        <w:tc>
          <w:tcPr>
            <w:tcW w:w="2131" w:type="dxa"/>
          </w:tcPr>
          <w:p w14:paraId="0C39CC54" w14:textId="77777777" w:rsidR="00F9245E" w:rsidRDefault="00936527">
            <w:r>
              <w:rPr>
                <w:sz w:val="17"/>
              </w:rPr>
              <w:t>January 11, 2026; March 28, 2026</w:t>
            </w:r>
          </w:p>
        </w:tc>
      </w:tr>
      <w:tr w:rsidR="00F9245E" w14:paraId="2A0E28EB" w14:textId="77777777">
        <w:trPr>
          <w:jc w:val="center"/>
        </w:trPr>
        <w:tc>
          <w:tcPr>
            <w:tcW w:w="2131" w:type="dxa"/>
          </w:tcPr>
          <w:p w14:paraId="2BAEA489" w14:textId="77777777" w:rsidR="00F9245E" w:rsidRDefault="00936527">
            <w:r>
              <w:rPr>
                <w:sz w:val="17"/>
              </w:rPr>
              <w:t>Teagan Niles</w:t>
            </w:r>
          </w:p>
        </w:tc>
        <w:tc>
          <w:tcPr>
            <w:tcW w:w="2131" w:type="dxa"/>
          </w:tcPr>
          <w:p w14:paraId="65EAE62C" w14:textId="77777777" w:rsidR="00F9245E" w:rsidRDefault="00936527">
            <w:r>
              <w:rPr>
                <w:sz w:val="17"/>
              </w:rPr>
              <w:t>Quiet Wildcat</w:t>
            </w:r>
          </w:p>
        </w:tc>
        <w:tc>
          <w:tcPr>
            <w:tcW w:w="2131" w:type="dxa"/>
          </w:tcPr>
          <w:p w14:paraId="7F8D0DFB" w14:textId="77777777" w:rsidR="00F9245E" w:rsidRDefault="00936527">
            <w:r>
              <w:rPr>
                <w:sz w:val="17"/>
              </w:rPr>
              <w:t>71.528%</w:t>
            </w:r>
          </w:p>
        </w:tc>
        <w:tc>
          <w:tcPr>
            <w:tcW w:w="2131" w:type="dxa"/>
          </w:tcPr>
          <w:p w14:paraId="615E5AE1" w14:textId="77777777" w:rsidR="00F9245E" w:rsidRDefault="00936527">
            <w:r>
              <w:rPr>
                <w:sz w:val="17"/>
              </w:rPr>
              <w:t>61.667%</w:t>
            </w:r>
          </w:p>
        </w:tc>
        <w:tc>
          <w:tcPr>
            <w:tcW w:w="2131" w:type="dxa"/>
          </w:tcPr>
          <w:p w14:paraId="7BD15DF3" w14:textId="77777777" w:rsidR="00F9245E" w:rsidRDefault="00936527">
            <w:r>
              <w:rPr>
                <w:sz w:val="17"/>
              </w:rPr>
              <w:t>July 11, 2026; August 29, 2026</w:t>
            </w:r>
          </w:p>
        </w:tc>
      </w:tr>
    </w:tbl>
    <w:p w14:paraId="7C4479BD" w14:textId="77777777" w:rsidR="00F9245E" w:rsidRDefault="00936527">
      <w:pPr>
        <w:pStyle w:val="Heading3"/>
      </w:pPr>
      <w:r>
        <w:t>WDAA Introductory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31"/>
        <w:gridCol w:w="2131"/>
        <w:gridCol w:w="2131"/>
        <w:gridCol w:w="2131"/>
        <w:gridCol w:w="2131"/>
      </w:tblGrid>
      <w:tr w:rsidR="00F9245E" w14:paraId="27D32051" w14:textId="77777777">
        <w:trPr>
          <w:jc w:val="center"/>
        </w:trPr>
        <w:tc>
          <w:tcPr>
            <w:tcW w:w="2131" w:type="dxa"/>
          </w:tcPr>
          <w:p w14:paraId="69FF349B" w14:textId="77777777" w:rsidR="00F9245E" w:rsidRDefault="00936527">
            <w:r>
              <w:rPr>
                <w:b/>
              </w:rPr>
              <w:t>Rider</w:t>
            </w:r>
          </w:p>
        </w:tc>
        <w:tc>
          <w:tcPr>
            <w:tcW w:w="2131" w:type="dxa"/>
          </w:tcPr>
          <w:p w14:paraId="7E91FC57" w14:textId="77777777" w:rsidR="00F9245E" w:rsidRDefault="00936527">
            <w:r>
              <w:rPr>
                <w:b/>
              </w:rPr>
              <w:t>Horse</w:t>
            </w:r>
          </w:p>
        </w:tc>
        <w:tc>
          <w:tcPr>
            <w:tcW w:w="2131" w:type="dxa"/>
          </w:tcPr>
          <w:p w14:paraId="418A943C" w14:textId="77777777" w:rsidR="00F9245E" w:rsidRDefault="00936527">
            <w:r>
              <w:rPr>
                <w:b/>
              </w:rPr>
              <w:t>Qualifying Score 1</w:t>
            </w:r>
          </w:p>
        </w:tc>
        <w:tc>
          <w:tcPr>
            <w:tcW w:w="2131" w:type="dxa"/>
          </w:tcPr>
          <w:p w14:paraId="7C659ABC" w14:textId="77777777" w:rsidR="00F9245E" w:rsidRDefault="00936527">
            <w:r>
              <w:rPr>
                <w:b/>
              </w:rPr>
              <w:t>Qualifying Score 2</w:t>
            </w:r>
          </w:p>
        </w:tc>
        <w:tc>
          <w:tcPr>
            <w:tcW w:w="2131" w:type="dxa"/>
          </w:tcPr>
          <w:p w14:paraId="60EE0F70" w14:textId="77777777" w:rsidR="00F9245E" w:rsidRDefault="00936527">
            <w:r>
              <w:rPr>
                <w:b/>
              </w:rPr>
              <w:t>Shows Qualified</w:t>
            </w:r>
          </w:p>
        </w:tc>
      </w:tr>
      <w:tr w:rsidR="00F9245E" w14:paraId="0FBFC88C" w14:textId="77777777">
        <w:trPr>
          <w:jc w:val="center"/>
        </w:trPr>
        <w:tc>
          <w:tcPr>
            <w:tcW w:w="2131" w:type="dxa"/>
          </w:tcPr>
          <w:p w14:paraId="698B9B17" w14:textId="77777777" w:rsidR="00F9245E" w:rsidRDefault="00936527">
            <w:r>
              <w:rPr>
                <w:sz w:val="17"/>
              </w:rPr>
              <w:t>Jill Ramsburg</w:t>
            </w:r>
          </w:p>
        </w:tc>
        <w:tc>
          <w:tcPr>
            <w:tcW w:w="2131" w:type="dxa"/>
          </w:tcPr>
          <w:p w14:paraId="2BC9AF21" w14:textId="77777777" w:rsidR="00F9245E" w:rsidRDefault="00936527">
            <w:r>
              <w:rPr>
                <w:sz w:val="17"/>
              </w:rPr>
              <w:t>Ragtime Bandit</w:t>
            </w:r>
          </w:p>
        </w:tc>
        <w:tc>
          <w:tcPr>
            <w:tcW w:w="2131" w:type="dxa"/>
          </w:tcPr>
          <w:p w14:paraId="73503C6F" w14:textId="77777777" w:rsidR="00F9245E" w:rsidRDefault="00936527">
            <w:r>
              <w:rPr>
                <w:sz w:val="17"/>
              </w:rPr>
              <w:t>73.182%</w:t>
            </w:r>
          </w:p>
        </w:tc>
        <w:tc>
          <w:tcPr>
            <w:tcW w:w="2131" w:type="dxa"/>
          </w:tcPr>
          <w:p w14:paraId="682B580C" w14:textId="77777777" w:rsidR="00F9245E" w:rsidRDefault="00936527">
            <w:r>
              <w:rPr>
                <w:sz w:val="17"/>
              </w:rPr>
              <w:t>69.722%</w:t>
            </w:r>
          </w:p>
        </w:tc>
        <w:tc>
          <w:tcPr>
            <w:tcW w:w="2131" w:type="dxa"/>
          </w:tcPr>
          <w:p w14:paraId="61DDA996" w14:textId="77777777" w:rsidR="00F9245E" w:rsidRDefault="00936527">
            <w:r>
              <w:rPr>
                <w:sz w:val="17"/>
              </w:rPr>
              <w:t>July 11, 2026; June 27, 2026</w:t>
            </w:r>
          </w:p>
        </w:tc>
      </w:tr>
    </w:tbl>
    <w:p w14:paraId="4B7D494C" w14:textId="77777777" w:rsidR="00F9245E" w:rsidRDefault="00936527">
      <w:pPr>
        <w:pStyle w:val="Heading3"/>
      </w:pPr>
      <w:r>
        <w:t>WDAA Basic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31"/>
        <w:gridCol w:w="2131"/>
        <w:gridCol w:w="2131"/>
        <w:gridCol w:w="2131"/>
        <w:gridCol w:w="2131"/>
      </w:tblGrid>
      <w:tr w:rsidR="00F9245E" w14:paraId="1BC9BBC5" w14:textId="77777777">
        <w:trPr>
          <w:jc w:val="center"/>
        </w:trPr>
        <w:tc>
          <w:tcPr>
            <w:tcW w:w="2131" w:type="dxa"/>
          </w:tcPr>
          <w:p w14:paraId="2071C96B" w14:textId="77777777" w:rsidR="00F9245E" w:rsidRDefault="00936527">
            <w:r>
              <w:rPr>
                <w:b/>
              </w:rPr>
              <w:t>Rider</w:t>
            </w:r>
          </w:p>
        </w:tc>
        <w:tc>
          <w:tcPr>
            <w:tcW w:w="2131" w:type="dxa"/>
          </w:tcPr>
          <w:p w14:paraId="4848DB6C" w14:textId="77777777" w:rsidR="00F9245E" w:rsidRDefault="00936527">
            <w:r>
              <w:rPr>
                <w:b/>
              </w:rPr>
              <w:t>Horse</w:t>
            </w:r>
          </w:p>
        </w:tc>
        <w:tc>
          <w:tcPr>
            <w:tcW w:w="2131" w:type="dxa"/>
          </w:tcPr>
          <w:p w14:paraId="2E169800" w14:textId="77777777" w:rsidR="00F9245E" w:rsidRDefault="00936527">
            <w:r>
              <w:rPr>
                <w:b/>
              </w:rPr>
              <w:t>Qualifying Score 1</w:t>
            </w:r>
          </w:p>
        </w:tc>
        <w:tc>
          <w:tcPr>
            <w:tcW w:w="2131" w:type="dxa"/>
          </w:tcPr>
          <w:p w14:paraId="33D202B4" w14:textId="77777777" w:rsidR="00F9245E" w:rsidRDefault="00936527">
            <w:r>
              <w:rPr>
                <w:b/>
              </w:rPr>
              <w:t>Qualifying Score 2</w:t>
            </w:r>
          </w:p>
        </w:tc>
        <w:tc>
          <w:tcPr>
            <w:tcW w:w="2131" w:type="dxa"/>
          </w:tcPr>
          <w:p w14:paraId="1ABE90E7" w14:textId="77777777" w:rsidR="00F9245E" w:rsidRDefault="00936527">
            <w:r>
              <w:rPr>
                <w:b/>
              </w:rPr>
              <w:t>Shows Qualified</w:t>
            </w:r>
          </w:p>
        </w:tc>
      </w:tr>
      <w:tr w:rsidR="00F9245E" w14:paraId="47A7117A" w14:textId="77777777">
        <w:trPr>
          <w:jc w:val="center"/>
        </w:trPr>
        <w:tc>
          <w:tcPr>
            <w:tcW w:w="2131" w:type="dxa"/>
          </w:tcPr>
          <w:p w14:paraId="253543D8" w14:textId="77777777" w:rsidR="00F9245E" w:rsidRDefault="00936527">
            <w:r>
              <w:rPr>
                <w:sz w:val="17"/>
              </w:rPr>
              <w:t>Lynn Oeters</w:t>
            </w:r>
          </w:p>
        </w:tc>
        <w:tc>
          <w:tcPr>
            <w:tcW w:w="2131" w:type="dxa"/>
          </w:tcPr>
          <w:p w14:paraId="07786FB1" w14:textId="77777777" w:rsidR="00F9245E" w:rsidRDefault="00936527">
            <w:r>
              <w:rPr>
                <w:sz w:val="17"/>
              </w:rPr>
              <w:t>Kahla</w:t>
            </w:r>
          </w:p>
        </w:tc>
        <w:tc>
          <w:tcPr>
            <w:tcW w:w="2131" w:type="dxa"/>
          </w:tcPr>
          <w:p w14:paraId="326191F3" w14:textId="77777777" w:rsidR="00F9245E" w:rsidRDefault="00936527">
            <w:r>
              <w:rPr>
                <w:sz w:val="17"/>
              </w:rPr>
              <w:t>64.348%</w:t>
            </w:r>
          </w:p>
        </w:tc>
        <w:tc>
          <w:tcPr>
            <w:tcW w:w="2131" w:type="dxa"/>
          </w:tcPr>
          <w:p w14:paraId="6428D70A" w14:textId="77777777" w:rsidR="00F9245E" w:rsidRDefault="00936527">
            <w:r>
              <w:rPr>
                <w:sz w:val="17"/>
              </w:rPr>
              <w:t>62.826%</w:t>
            </w:r>
          </w:p>
        </w:tc>
        <w:tc>
          <w:tcPr>
            <w:tcW w:w="2131" w:type="dxa"/>
          </w:tcPr>
          <w:p w14:paraId="0DCE8A94" w14:textId="77777777" w:rsidR="00F9245E" w:rsidRDefault="00936527">
            <w:r>
              <w:rPr>
                <w:sz w:val="17"/>
              </w:rPr>
              <w:t>September 26, 2026; August 29, 2026</w:t>
            </w:r>
          </w:p>
        </w:tc>
      </w:tr>
    </w:tbl>
    <w:p w14:paraId="6F565A9F" w14:textId="77777777" w:rsidR="00F9245E" w:rsidRDefault="00936527">
      <w:pPr>
        <w:pStyle w:val="Heading3"/>
      </w:pPr>
      <w:r>
        <w:t>WDAA Level 2+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31"/>
        <w:gridCol w:w="2131"/>
        <w:gridCol w:w="2131"/>
        <w:gridCol w:w="2131"/>
        <w:gridCol w:w="2131"/>
      </w:tblGrid>
      <w:tr w:rsidR="00F9245E" w14:paraId="0DE6C241" w14:textId="77777777">
        <w:trPr>
          <w:jc w:val="center"/>
        </w:trPr>
        <w:tc>
          <w:tcPr>
            <w:tcW w:w="2131" w:type="dxa"/>
          </w:tcPr>
          <w:p w14:paraId="5EDF75C7" w14:textId="77777777" w:rsidR="00F9245E" w:rsidRDefault="00936527">
            <w:r>
              <w:rPr>
                <w:b/>
              </w:rPr>
              <w:t>Rider</w:t>
            </w:r>
          </w:p>
        </w:tc>
        <w:tc>
          <w:tcPr>
            <w:tcW w:w="2131" w:type="dxa"/>
          </w:tcPr>
          <w:p w14:paraId="3DB64269" w14:textId="77777777" w:rsidR="00F9245E" w:rsidRDefault="00936527">
            <w:r>
              <w:rPr>
                <w:b/>
              </w:rPr>
              <w:t>Horse</w:t>
            </w:r>
          </w:p>
        </w:tc>
        <w:tc>
          <w:tcPr>
            <w:tcW w:w="2131" w:type="dxa"/>
          </w:tcPr>
          <w:p w14:paraId="141E9E4C" w14:textId="77777777" w:rsidR="00F9245E" w:rsidRDefault="00936527">
            <w:r>
              <w:rPr>
                <w:b/>
              </w:rPr>
              <w:t>Qualifying Score 1</w:t>
            </w:r>
          </w:p>
        </w:tc>
        <w:tc>
          <w:tcPr>
            <w:tcW w:w="2131" w:type="dxa"/>
          </w:tcPr>
          <w:p w14:paraId="75AB8F84" w14:textId="77777777" w:rsidR="00F9245E" w:rsidRDefault="00936527">
            <w:r>
              <w:rPr>
                <w:b/>
              </w:rPr>
              <w:t>Qualifying Score 2</w:t>
            </w:r>
          </w:p>
        </w:tc>
        <w:tc>
          <w:tcPr>
            <w:tcW w:w="2131" w:type="dxa"/>
          </w:tcPr>
          <w:p w14:paraId="51ADA6D9" w14:textId="77777777" w:rsidR="00F9245E" w:rsidRDefault="00936527">
            <w:r>
              <w:rPr>
                <w:b/>
              </w:rPr>
              <w:t>Shows Qualified</w:t>
            </w:r>
          </w:p>
        </w:tc>
      </w:tr>
      <w:tr w:rsidR="00F9245E" w14:paraId="3059D187" w14:textId="77777777">
        <w:trPr>
          <w:jc w:val="center"/>
        </w:trPr>
        <w:tc>
          <w:tcPr>
            <w:tcW w:w="2131" w:type="dxa"/>
          </w:tcPr>
          <w:p w14:paraId="68B6EEE9" w14:textId="77777777" w:rsidR="00F9245E" w:rsidRDefault="00936527">
            <w:r>
              <w:rPr>
                <w:sz w:val="17"/>
              </w:rPr>
              <w:t>Erika Hartzel</w:t>
            </w:r>
          </w:p>
        </w:tc>
        <w:tc>
          <w:tcPr>
            <w:tcW w:w="2131" w:type="dxa"/>
          </w:tcPr>
          <w:p w14:paraId="4CF83C6E" w14:textId="77777777" w:rsidR="00F9245E" w:rsidRDefault="00936527">
            <w:r>
              <w:rPr>
                <w:sz w:val="17"/>
              </w:rPr>
              <w:t>Under the Hoodd</w:t>
            </w:r>
          </w:p>
        </w:tc>
        <w:tc>
          <w:tcPr>
            <w:tcW w:w="2131" w:type="dxa"/>
          </w:tcPr>
          <w:p w14:paraId="6A33355B" w14:textId="77777777" w:rsidR="00F9245E" w:rsidRDefault="00936527">
            <w:r>
              <w:rPr>
                <w:sz w:val="17"/>
              </w:rPr>
              <w:t>62.857%</w:t>
            </w:r>
          </w:p>
        </w:tc>
        <w:tc>
          <w:tcPr>
            <w:tcW w:w="2131" w:type="dxa"/>
          </w:tcPr>
          <w:p w14:paraId="4992C564" w14:textId="77777777" w:rsidR="00F9245E" w:rsidRDefault="00936527">
            <w:r>
              <w:rPr>
                <w:sz w:val="17"/>
              </w:rPr>
              <w:t>61.207%</w:t>
            </w:r>
          </w:p>
        </w:tc>
        <w:tc>
          <w:tcPr>
            <w:tcW w:w="2131" w:type="dxa"/>
          </w:tcPr>
          <w:p w14:paraId="1EAB654C" w14:textId="77777777" w:rsidR="00F9245E" w:rsidRDefault="00936527">
            <w:r>
              <w:rPr>
                <w:sz w:val="17"/>
              </w:rPr>
              <w:t>May 30, 2026; June 27, 2026</w:t>
            </w:r>
          </w:p>
        </w:tc>
      </w:tr>
    </w:tbl>
    <w:p w14:paraId="00C7F560" w14:textId="77777777" w:rsidR="00F9245E" w:rsidRDefault="00936527">
      <w:pPr>
        <w:pStyle w:val="Heading3"/>
      </w:pPr>
      <w:r>
        <w:t>FEI Grand Prix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31"/>
        <w:gridCol w:w="2131"/>
        <w:gridCol w:w="2131"/>
        <w:gridCol w:w="2131"/>
        <w:gridCol w:w="2131"/>
      </w:tblGrid>
      <w:tr w:rsidR="00F9245E" w14:paraId="686F337B" w14:textId="77777777">
        <w:trPr>
          <w:jc w:val="center"/>
        </w:trPr>
        <w:tc>
          <w:tcPr>
            <w:tcW w:w="2131" w:type="dxa"/>
          </w:tcPr>
          <w:p w14:paraId="121D0260" w14:textId="77777777" w:rsidR="00F9245E" w:rsidRDefault="00936527">
            <w:r>
              <w:rPr>
                <w:b/>
              </w:rPr>
              <w:t>Rider</w:t>
            </w:r>
          </w:p>
        </w:tc>
        <w:tc>
          <w:tcPr>
            <w:tcW w:w="2131" w:type="dxa"/>
          </w:tcPr>
          <w:p w14:paraId="7DF0CD93" w14:textId="77777777" w:rsidR="00F9245E" w:rsidRDefault="00936527">
            <w:r>
              <w:rPr>
                <w:b/>
              </w:rPr>
              <w:t>Horse</w:t>
            </w:r>
          </w:p>
        </w:tc>
        <w:tc>
          <w:tcPr>
            <w:tcW w:w="2131" w:type="dxa"/>
          </w:tcPr>
          <w:p w14:paraId="1A0B8EA8" w14:textId="77777777" w:rsidR="00F9245E" w:rsidRDefault="00936527">
            <w:r>
              <w:rPr>
                <w:b/>
              </w:rPr>
              <w:t>Qualifying Score 1</w:t>
            </w:r>
          </w:p>
        </w:tc>
        <w:tc>
          <w:tcPr>
            <w:tcW w:w="2131" w:type="dxa"/>
          </w:tcPr>
          <w:p w14:paraId="486C83D8" w14:textId="77777777" w:rsidR="00F9245E" w:rsidRDefault="00936527">
            <w:r>
              <w:rPr>
                <w:b/>
              </w:rPr>
              <w:t>Qualifying Score 2</w:t>
            </w:r>
          </w:p>
        </w:tc>
        <w:tc>
          <w:tcPr>
            <w:tcW w:w="2131" w:type="dxa"/>
          </w:tcPr>
          <w:p w14:paraId="060AD3E2" w14:textId="77777777" w:rsidR="00F9245E" w:rsidRDefault="00936527">
            <w:r>
              <w:rPr>
                <w:b/>
              </w:rPr>
              <w:t>Shows Qualified</w:t>
            </w:r>
          </w:p>
        </w:tc>
      </w:tr>
      <w:tr w:rsidR="00F9245E" w14:paraId="600BA411" w14:textId="77777777">
        <w:trPr>
          <w:jc w:val="center"/>
        </w:trPr>
        <w:tc>
          <w:tcPr>
            <w:tcW w:w="2131" w:type="dxa"/>
          </w:tcPr>
          <w:p w14:paraId="0D16E03C" w14:textId="77777777" w:rsidR="00F9245E" w:rsidRDefault="00936527">
            <w:r>
              <w:rPr>
                <w:sz w:val="17"/>
              </w:rPr>
              <w:t>Jennifer Mutchler</w:t>
            </w:r>
          </w:p>
        </w:tc>
        <w:tc>
          <w:tcPr>
            <w:tcW w:w="2131" w:type="dxa"/>
          </w:tcPr>
          <w:p w14:paraId="41A51C83" w14:textId="77777777" w:rsidR="00F9245E" w:rsidRDefault="00936527">
            <w:r>
              <w:rPr>
                <w:sz w:val="17"/>
              </w:rPr>
              <w:t>Elation KF</w:t>
            </w:r>
          </w:p>
        </w:tc>
        <w:tc>
          <w:tcPr>
            <w:tcW w:w="2131" w:type="dxa"/>
          </w:tcPr>
          <w:p w14:paraId="7643A8B3" w14:textId="77777777" w:rsidR="00F9245E" w:rsidRDefault="00936527">
            <w:r>
              <w:rPr>
                <w:sz w:val="17"/>
              </w:rPr>
              <w:t>63.870%</w:t>
            </w:r>
          </w:p>
        </w:tc>
        <w:tc>
          <w:tcPr>
            <w:tcW w:w="2131" w:type="dxa"/>
          </w:tcPr>
          <w:p w14:paraId="1CABD670" w14:textId="77777777" w:rsidR="00F9245E" w:rsidRDefault="00936527">
            <w:r>
              <w:rPr>
                <w:sz w:val="17"/>
              </w:rPr>
              <w:t>60.870%</w:t>
            </w:r>
          </w:p>
        </w:tc>
        <w:tc>
          <w:tcPr>
            <w:tcW w:w="2131" w:type="dxa"/>
          </w:tcPr>
          <w:p w14:paraId="074E4076" w14:textId="77777777" w:rsidR="00F9245E" w:rsidRDefault="00936527">
            <w:r>
              <w:rPr>
                <w:sz w:val="17"/>
              </w:rPr>
              <w:t>September 26, 2026; June 27, 2026</w:t>
            </w:r>
          </w:p>
        </w:tc>
      </w:tr>
    </w:tbl>
    <w:p w14:paraId="39A1F8AB" w14:textId="77777777" w:rsidR="00F9245E" w:rsidRDefault="00936527">
      <w:pPr>
        <w:pStyle w:val="Heading3"/>
      </w:pPr>
      <w:r>
        <w:t>Fourth Level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31"/>
        <w:gridCol w:w="2131"/>
        <w:gridCol w:w="2131"/>
        <w:gridCol w:w="2131"/>
        <w:gridCol w:w="2131"/>
      </w:tblGrid>
      <w:tr w:rsidR="00F9245E" w14:paraId="54662FDB" w14:textId="77777777">
        <w:trPr>
          <w:jc w:val="center"/>
        </w:trPr>
        <w:tc>
          <w:tcPr>
            <w:tcW w:w="2131" w:type="dxa"/>
          </w:tcPr>
          <w:p w14:paraId="15CD7F75" w14:textId="77777777" w:rsidR="00F9245E" w:rsidRDefault="00936527">
            <w:r>
              <w:rPr>
                <w:b/>
              </w:rPr>
              <w:t>Rider</w:t>
            </w:r>
          </w:p>
        </w:tc>
        <w:tc>
          <w:tcPr>
            <w:tcW w:w="2131" w:type="dxa"/>
          </w:tcPr>
          <w:p w14:paraId="079F5BFC" w14:textId="77777777" w:rsidR="00F9245E" w:rsidRDefault="00936527">
            <w:r>
              <w:rPr>
                <w:b/>
              </w:rPr>
              <w:t>Horse</w:t>
            </w:r>
          </w:p>
        </w:tc>
        <w:tc>
          <w:tcPr>
            <w:tcW w:w="2131" w:type="dxa"/>
          </w:tcPr>
          <w:p w14:paraId="07989A08" w14:textId="77777777" w:rsidR="00F9245E" w:rsidRDefault="00936527">
            <w:r>
              <w:rPr>
                <w:b/>
              </w:rPr>
              <w:t>Qualifying Score 1</w:t>
            </w:r>
          </w:p>
        </w:tc>
        <w:tc>
          <w:tcPr>
            <w:tcW w:w="2131" w:type="dxa"/>
          </w:tcPr>
          <w:p w14:paraId="0459E353" w14:textId="77777777" w:rsidR="00F9245E" w:rsidRDefault="00936527">
            <w:r>
              <w:rPr>
                <w:b/>
              </w:rPr>
              <w:t>Qualifying Score 2</w:t>
            </w:r>
          </w:p>
        </w:tc>
        <w:tc>
          <w:tcPr>
            <w:tcW w:w="2131" w:type="dxa"/>
          </w:tcPr>
          <w:p w14:paraId="0772A665" w14:textId="77777777" w:rsidR="00F9245E" w:rsidRDefault="00936527">
            <w:r>
              <w:rPr>
                <w:b/>
              </w:rPr>
              <w:t>Shows Qualified</w:t>
            </w:r>
          </w:p>
        </w:tc>
      </w:tr>
      <w:tr w:rsidR="00F9245E" w14:paraId="7977E8BD" w14:textId="77777777">
        <w:trPr>
          <w:jc w:val="center"/>
        </w:trPr>
        <w:tc>
          <w:tcPr>
            <w:tcW w:w="2131" w:type="dxa"/>
          </w:tcPr>
          <w:p w14:paraId="6F46C31E" w14:textId="77777777" w:rsidR="00F9245E" w:rsidRDefault="00936527">
            <w:r>
              <w:rPr>
                <w:sz w:val="17"/>
              </w:rPr>
              <w:t>Wendy Breeden</w:t>
            </w:r>
          </w:p>
        </w:tc>
        <w:tc>
          <w:tcPr>
            <w:tcW w:w="2131" w:type="dxa"/>
          </w:tcPr>
          <w:p w14:paraId="08B83895" w14:textId="77777777" w:rsidR="00F9245E" w:rsidRDefault="00936527">
            <w:r>
              <w:rPr>
                <w:sz w:val="17"/>
              </w:rPr>
              <w:t>Pippilotta</w:t>
            </w:r>
          </w:p>
        </w:tc>
        <w:tc>
          <w:tcPr>
            <w:tcW w:w="2131" w:type="dxa"/>
          </w:tcPr>
          <w:p w14:paraId="1E5F6826" w14:textId="77777777" w:rsidR="00F9245E" w:rsidRDefault="00936527">
            <w:r>
              <w:rPr>
                <w:sz w:val="17"/>
              </w:rPr>
              <w:t>61.711%</w:t>
            </w:r>
          </w:p>
        </w:tc>
        <w:tc>
          <w:tcPr>
            <w:tcW w:w="2131" w:type="dxa"/>
          </w:tcPr>
          <w:p w14:paraId="4D2B403D" w14:textId="77777777" w:rsidR="00F9245E" w:rsidRDefault="00936527">
            <w:r>
              <w:rPr>
                <w:sz w:val="17"/>
              </w:rPr>
              <w:t>60.972%</w:t>
            </w:r>
          </w:p>
        </w:tc>
        <w:tc>
          <w:tcPr>
            <w:tcW w:w="2131" w:type="dxa"/>
          </w:tcPr>
          <w:p w14:paraId="0F4C341D" w14:textId="77777777" w:rsidR="00F9245E" w:rsidRDefault="00936527">
            <w:r>
              <w:rPr>
                <w:sz w:val="17"/>
              </w:rPr>
              <w:t>August 29, 2026; June 27, 2026</w:t>
            </w:r>
          </w:p>
        </w:tc>
      </w:tr>
    </w:tbl>
    <w:p w14:paraId="0828A14F" w14:textId="77777777" w:rsidR="00F9245E" w:rsidRDefault="00F9245E"/>
    <w:p w14:paraId="19C116EA" w14:textId="77777777" w:rsidR="00F9245E" w:rsidRDefault="00936527">
      <w:r>
        <w:rPr>
          <w:b/>
        </w:rPr>
        <w:t>Total qualifying rider/horse/division combinations: 25</w:t>
      </w:r>
    </w:p>
    <w:p w14:paraId="1F98BFDD" w14:textId="226EAAC1" w:rsidR="00F9245E" w:rsidRDefault="00F9245E"/>
    <w:sectPr w:rsidR="00F9245E" w:rsidSect="00034616">
      <w:pgSz w:w="12240" w:h="15840"/>
      <w:pgMar w:top="936" w:right="792" w:bottom="93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0485205">
    <w:abstractNumId w:val="8"/>
  </w:num>
  <w:num w:numId="2" w16cid:durableId="1271011443">
    <w:abstractNumId w:val="6"/>
  </w:num>
  <w:num w:numId="3" w16cid:durableId="666130725">
    <w:abstractNumId w:val="5"/>
  </w:num>
  <w:num w:numId="4" w16cid:durableId="1938902919">
    <w:abstractNumId w:val="4"/>
  </w:num>
  <w:num w:numId="5" w16cid:durableId="1147934445">
    <w:abstractNumId w:val="7"/>
  </w:num>
  <w:num w:numId="6" w16cid:durableId="1497456065">
    <w:abstractNumId w:val="3"/>
  </w:num>
  <w:num w:numId="7" w16cid:durableId="668214600">
    <w:abstractNumId w:val="2"/>
  </w:num>
  <w:num w:numId="8" w16cid:durableId="21980018">
    <w:abstractNumId w:val="1"/>
  </w:num>
  <w:num w:numId="9" w16cid:durableId="1910842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2A55"/>
    <w:rsid w:val="00326F90"/>
    <w:rsid w:val="004B130C"/>
    <w:rsid w:val="00901326"/>
    <w:rsid w:val="00936527"/>
    <w:rsid w:val="00AA1D8D"/>
    <w:rsid w:val="00B47730"/>
    <w:rsid w:val="00CB0664"/>
    <w:rsid w:val="00F924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5880F2"/>
  <w14:defaultImageDpi w14:val="300"/>
  <w15:docId w15:val="{E92DB3B9-4155-4239-A876-2B6AE49D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522</Words>
  <Characters>2861</Characters>
  <Application>Microsoft Office Word</Application>
  <DocSecurity>0</DocSecurity>
  <Lines>220</Lines>
  <Paragraphs>211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Mary Mitchell</cp:lastModifiedBy>
  <cp:revision>3</cp:revision>
  <dcterms:created xsi:type="dcterms:W3CDTF">2013-12-23T23:15:00Z</dcterms:created>
  <dcterms:modified xsi:type="dcterms:W3CDTF">2026-09-30T01:27:00Z</dcterms:modified>
  <cp:category/>
</cp:coreProperties>
</file>